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before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REQUERIMENTO DE AVERBAÇÃO DE DESCRIÇÃO DO IMÓVEL</w:t>
      </w:r>
    </w:p>
    <w:p w:rsidR="00000000" w:rsidDel="00000000" w:rsidP="00000000" w:rsidRDefault="00000000" w:rsidRPr="00000000" w14:paraId="00000002">
      <w:pPr>
        <w:spacing w:after="200" w:before="24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DADOS DO PROPRIETÁRIO (PESSOA FÍSICA)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____________________________________________________________________________________</w:t>
      </w:r>
    </w:p>
    <w:p w:rsidR="00000000" w:rsidDel="00000000" w:rsidP="00000000" w:rsidRDefault="00000000" w:rsidRPr="00000000" w14:paraId="00000004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NACIONALIDADE ________________________________ PROFISSÃO _______________________________</w:t>
      </w:r>
    </w:p>
    <w:p w:rsidR="00000000" w:rsidDel="00000000" w:rsidP="00000000" w:rsidRDefault="00000000" w:rsidRPr="00000000" w14:paraId="00000005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C.P.F. _______________________ RG ______________________ ESTADO CIVIL _______________________</w:t>
      </w:r>
    </w:p>
    <w:p w:rsidR="00000000" w:rsidDel="00000000" w:rsidP="00000000" w:rsidRDefault="00000000" w:rsidRPr="00000000" w14:paraId="00000006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CONVIVE EM UNIÃO ESTÁVEL (   )SIM / (   ) NÃO          DATA DE NASCIMENTO _______________________</w:t>
      </w:r>
    </w:p>
    <w:p w:rsidR="00000000" w:rsidDel="00000000" w:rsidP="00000000" w:rsidRDefault="00000000" w:rsidRPr="00000000" w14:paraId="00000007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DA MÃE  ____________________________________________________________________________</w:t>
      </w:r>
    </w:p>
    <w:p w:rsidR="00000000" w:rsidDel="00000000" w:rsidP="00000000" w:rsidRDefault="00000000" w:rsidRPr="00000000" w14:paraId="00000008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DO PAI    ____________________________________________________________________________</w:t>
      </w:r>
    </w:p>
    <w:p w:rsidR="00000000" w:rsidDel="00000000" w:rsidP="00000000" w:rsidRDefault="00000000" w:rsidRPr="00000000" w14:paraId="00000009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RESIDENTE E DOMICILIADO (A) ______________________________________________________________</w:t>
      </w:r>
    </w:p>
    <w:p w:rsidR="00000000" w:rsidDel="00000000" w:rsidP="00000000" w:rsidRDefault="00000000" w:rsidRPr="00000000" w14:paraId="0000000A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0B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Nº ________ BAIRRO ______________________ CIDADE ____________________ ESTADO _____________</w:t>
      </w:r>
    </w:p>
    <w:p w:rsidR="00000000" w:rsidDel="00000000" w:rsidP="00000000" w:rsidRDefault="00000000" w:rsidRPr="00000000" w14:paraId="0000000C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CEP ___________________ CONTATO ____________________________ E-MAIL ______________________</w:t>
      </w:r>
    </w:p>
    <w:p w:rsidR="00000000" w:rsidDel="00000000" w:rsidP="00000000" w:rsidRDefault="00000000" w:rsidRPr="00000000" w14:paraId="0000000D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O PROPRIETÁRIO É FALECIDO? (   )SIM / (   ) NÃO. </w:t>
      </w:r>
    </w:p>
    <w:p w:rsidR="00000000" w:rsidDel="00000000" w:rsidP="00000000" w:rsidRDefault="00000000" w:rsidRPr="00000000" w14:paraId="0000000F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SE SIM, INFORME O NOME DO FALECIDO E DATA DE FALECIMENTO: __________________________________________________________________________________________</w:t>
      </w:r>
    </w:p>
    <w:sdt>
      <w:sdtPr>
        <w:lock w:val="contentLocked"/>
        <w:id w:val="1762680513"/>
        <w:tag w:val="goog_rdk_0"/>
      </w:sdtPr>
      <w:sdtContent>
        <w:tbl>
          <w:tblPr>
            <w:tblStyle w:val="Table1"/>
            <w:tblW w:w="11051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51"/>
            <w:tblGridChange w:id="0">
              <w:tblGrid>
                <w:gridCol w:w="11051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dashed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1">
      <w:pPr>
        <w:spacing w:after="200" w:before="24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DADOS DO REPRESENTANTE LEGAL OU PROCURADOR (SE HOUVER):</w:t>
      </w:r>
    </w:p>
    <w:p w:rsidR="00000000" w:rsidDel="00000000" w:rsidP="00000000" w:rsidRDefault="00000000" w:rsidRPr="00000000" w14:paraId="00000012">
      <w:pPr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____________________________________________________________________________________</w:t>
      </w:r>
    </w:p>
    <w:p w:rsidR="00000000" w:rsidDel="00000000" w:rsidP="00000000" w:rsidRDefault="00000000" w:rsidRPr="00000000" w14:paraId="00000013">
      <w:pPr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NACIONALIDADE ________________________________ PROFISSÃO _______________________________</w:t>
      </w:r>
    </w:p>
    <w:p w:rsidR="00000000" w:rsidDel="00000000" w:rsidP="00000000" w:rsidRDefault="00000000" w:rsidRPr="00000000" w14:paraId="00000014">
      <w:pPr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C.P.F. _______________________ RG ______________________ ESTADO CIVIL _______________________</w:t>
      </w:r>
    </w:p>
    <w:p w:rsidR="00000000" w:rsidDel="00000000" w:rsidP="00000000" w:rsidRDefault="00000000" w:rsidRPr="00000000" w14:paraId="00000015">
      <w:pPr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CONVIVE EM UNIÃO ESTÁVEL (   )SIM / (   ) NÃO          DATA DE NASCIMENTO _______________________</w:t>
      </w:r>
    </w:p>
    <w:p w:rsidR="00000000" w:rsidDel="00000000" w:rsidP="00000000" w:rsidRDefault="00000000" w:rsidRPr="00000000" w14:paraId="00000016">
      <w:pPr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DA MÃE  ____________________________________________________________________________</w:t>
      </w:r>
    </w:p>
    <w:p w:rsidR="00000000" w:rsidDel="00000000" w:rsidP="00000000" w:rsidRDefault="00000000" w:rsidRPr="00000000" w14:paraId="00000017">
      <w:pPr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DO PAI    ____________________________________________________________________________</w:t>
      </w:r>
    </w:p>
    <w:p w:rsidR="00000000" w:rsidDel="00000000" w:rsidP="00000000" w:rsidRDefault="00000000" w:rsidRPr="00000000" w14:paraId="00000018">
      <w:pPr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RESIDENTE E DOMICILIADO (A) ______________________________________________________________</w:t>
      </w:r>
    </w:p>
    <w:p w:rsidR="00000000" w:rsidDel="00000000" w:rsidP="00000000" w:rsidRDefault="00000000" w:rsidRPr="00000000" w14:paraId="00000019">
      <w:pPr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1A">
      <w:pPr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Nº ________ BAIRRO ______________________ CIDADE ____________________ ESTADO _____________</w:t>
      </w:r>
    </w:p>
    <w:p w:rsidR="00000000" w:rsidDel="00000000" w:rsidP="00000000" w:rsidRDefault="00000000" w:rsidRPr="00000000" w14:paraId="0000001B">
      <w:pPr>
        <w:spacing w:after="0" w:before="0" w:line="288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CEP ___________________ CONTATO ____________________________ E-MAIL ______________________</w:t>
      </w:r>
    </w:p>
    <w:sdt>
      <w:sdtPr>
        <w:lock w:val="contentLocked"/>
        <w:id w:val="-1457347508"/>
        <w:tag w:val="goog_rdk_1"/>
      </w:sdtPr>
      <w:sdtContent>
        <w:tbl>
          <w:tblPr>
            <w:tblStyle w:val="Table2"/>
            <w:tblW w:w="11051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51"/>
            <w:tblGridChange w:id="0">
              <w:tblGrid>
                <w:gridCol w:w="11051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dashed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C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D">
      <w:pPr>
        <w:spacing w:after="200" w:before="24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DADOS DO PROPRIETÁRIO (PESSOA JURÍDICA)</w:t>
      </w:r>
    </w:p>
    <w:p w:rsidR="00000000" w:rsidDel="00000000" w:rsidP="00000000" w:rsidRDefault="00000000" w:rsidRPr="00000000" w14:paraId="0000001E">
      <w:pPr>
        <w:spacing w:after="0" w:before="0" w:line="288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EMPRESARIAL ______________________________________________________________________</w:t>
      </w:r>
    </w:p>
    <w:p w:rsidR="00000000" w:rsidDel="00000000" w:rsidP="00000000" w:rsidRDefault="00000000" w:rsidRPr="00000000" w14:paraId="0000001F">
      <w:pPr>
        <w:spacing w:after="0" w:before="0" w:line="288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FANTASIA ___________________________________________________________________________</w:t>
      </w:r>
    </w:p>
    <w:p w:rsidR="00000000" w:rsidDel="00000000" w:rsidP="00000000" w:rsidRDefault="00000000" w:rsidRPr="00000000" w14:paraId="00000020">
      <w:pPr>
        <w:spacing w:after="0" w:before="0" w:line="288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CNPJ _____________________________________________________________________________________</w:t>
      </w:r>
    </w:p>
    <w:p w:rsidR="00000000" w:rsidDel="00000000" w:rsidP="00000000" w:rsidRDefault="00000000" w:rsidRPr="00000000" w14:paraId="00000021">
      <w:pPr>
        <w:spacing w:after="0" w:before="0" w:line="288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ENDEREÇO DA SEDE _______________________________________________________________________</w:t>
      </w:r>
    </w:p>
    <w:p w:rsidR="00000000" w:rsidDel="00000000" w:rsidP="00000000" w:rsidRDefault="00000000" w:rsidRPr="00000000" w14:paraId="00000022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Nº ________ BAIRRO ______________________ CIDADE ____________________ ESTADO _____________</w:t>
      </w:r>
    </w:p>
    <w:p w:rsidR="00000000" w:rsidDel="00000000" w:rsidP="00000000" w:rsidRDefault="00000000" w:rsidRPr="00000000" w14:paraId="00000023">
      <w:pPr>
        <w:spacing w:after="0" w:line="288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CEP ___________________ CONTATO ____________________________ E-MAIL ______________________</w:t>
      </w:r>
    </w:p>
    <w:sdt>
      <w:sdtPr>
        <w:lock w:val="contentLocked"/>
        <w:id w:val="-1745434514"/>
        <w:tag w:val="goog_rdk_2"/>
      </w:sdtPr>
      <w:sdtContent>
        <w:tbl>
          <w:tblPr>
            <w:tblStyle w:val="Table3"/>
            <w:tblW w:w="11051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51"/>
            <w:tblGridChange w:id="0">
              <w:tblGrid>
                <w:gridCol w:w="11051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dashed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4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5">
      <w:pPr>
        <w:spacing w:after="0" w:line="288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O(s) proprietário(s) do imóvel de matrícula/transcrição nº ______________, folhas _____ do Livro nº _________, deste 2º Registro de Imóveis, acima qualificados, vêm à presença de V. Sra. requerer o que segue.</w:t>
      </w:r>
    </w:p>
    <w:p w:rsidR="00000000" w:rsidDel="00000000" w:rsidP="00000000" w:rsidRDefault="00000000" w:rsidRPr="00000000" w14:paraId="00000027">
      <w:pPr>
        <w:spacing w:after="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Tendo em vista que a descrição tabular do imóvel não apresenta as distâncias e os rumos das perimetrais, bem como a gleba não está devidamente extremada e localizada, requer o processamento e retificação dos dados descritivos do imóvel, nos termos do artigo 213, inciso II e parágrafos da Lei nº 6.015/73. Para tal, fazem a juntada de trabalhos topográficos e demais documentos probantes para a devida avaliação e decisão, requerendo sejam procedidas as averbações necessárias, bem como a abertura da respectiva matrícula, se for o caso.</w:t>
      </w:r>
    </w:p>
    <w:p w:rsidR="00000000" w:rsidDel="00000000" w:rsidP="00000000" w:rsidRDefault="00000000" w:rsidRPr="00000000" w14:paraId="00000028">
      <w:pPr>
        <w:spacing w:after="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DO RESPONSÁVEL TÉCNICO __________________________________________________________</w:t>
      </w:r>
    </w:p>
    <w:p w:rsidR="00000000" w:rsidDel="00000000" w:rsidP="00000000" w:rsidRDefault="00000000" w:rsidRPr="00000000" w14:paraId="0000002A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NACIONALIDADE ________________________________ ESTADO CIVIL ____________________________</w:t>
      </w:r>
    </w:p>
    <w:p w:rsidR="00000000" w:rsidDel="00000000" w:rsidP="00000000" w:rsidRDefault="00000000" w:rsidRPr="00000000" w14:paraId="0000002B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C.P.F. _______________________ RG ______________________ </w:t>
      </w:r>
    </w:p>
    <w:p w:rsidR="00000000" w:rsidDel="00000000" w:rsidP="00000000" w:rsidRDefault="00000000" w:rsidRPr="00000000" w14:paraId="0000002C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COM ENDEREÇO PROFISSIONAL_____________________________________________________________ Nº ________ BAIRRO ______________________ CIDADE ____________________ ESTADO _____________</w:t>
      </w:r>
    </w:p>
    <w:p w:rsidR="00000000" w:rsidDel="00000000" w:rsidP="00000000" w:rsidRDefault="00000000" w:rsidRPr="00000000" w14:paraId="0000002D">
      <w:pPr>
        <w:spacing w:after="0" w:line="288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CEP ___________________ CONTATO ____________________________ E-MAIL ______________________</w:t>
      </w:r>
    </w:p>
    <w:p w:rsidR="00000000" w:rsidDel="00000000" w:rsidP="00000000" w:rsidRDefault="00000000" w:rsidRPr="00000000" w14:paraId="0000002E">
      <w:pPr>
        <w:spacing w:after="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Declaramos que autorizamos a averbação na matrícula do imóvel conforme trabalho técnico do Profissional:</w:t>
      </w:r>
    </w:p>
    <w:p w:rsidR="00000000" w:rsidDel="00000000" w:rsidP="00000000" w:rsidRDefault="00000000" w:rsidRPr="00000000" w14:paraId="0000002F">
      <w:pPr>
        <w:spacing w:after="0" w:before="24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DECLARAÇÃO DE AUTO RESPONSABILIZAÇÃO</w:t>
      </w:r>
    </w:p>
    <w:p w:rsidR="00000000" w:rsidDel="00000000" w:rsidP="00000000" w:rsidRDefault="00000000" w:rsidRPr="00000000" w14:paraId="00000030">
      <w:pPr>
        <w:spacing w:after="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Declaramos, sob as penas da lei, que todas as informações apresentadas com este requerimento são a expressão da verdade.</w:t>
      </w:r>
    </w:p>
    <w:p w:rsidR="00000000" w:rsidDel="00000000" w:rsidP="00000000" w:rsidRDefault="00000000" w:rsidRPr="00000000" w14:paraId="00000031">
      <w:pPr>
        <w:spacing w:after="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 requerente e o profissional técnico(a) declaram, sob pena de responsabilidade civil e criminal, que: (I) os serviços técnicos foram feitos conforme a descrição constante na matrícula/transcrição; (II) Não se optou pelo procedimento judicial de retificação de área ou inserção de medidas perimetrais, inexistindo qualquer ação judicial nesse sentido; (III) a retificação de área ou inserção de medidas perimetrais, inexistindo qualquer ação judicial nesse sentido; (III) a retificação de área e/ou inserção de medidas perimetrais não implica alteração das divisas do imóvel registrado e foram respeitados os direitos dos confrontantes; (IV) a indicação completa e exata dos proprietários e confrontantes dos imóveis é de responsabilidade exclusiva do(s) requerentes(s) e do profissional que elaborou a planta e memorial descritivo anexo; e, (V) estou ciente do teor do artigo 213, = 14, da Lei nº 6.015/73, o qual dispõe: “Verificado a qualquer tempo não serem verdadeiros os fatos constantes do memorial descritivo, responderão os requerentes e o profissional que o elaborou pelos prejuízos causados, independentemente das sanções disciplinares e penais”.</w:t>
      </w:r>
    </w:p>
    <w:p w:rsidR="00000000" w:rsidDel="00000000" w:rsidP="00000000" w:rsidRDefault="00000000" w:rsidRPr="00000000" w14:paraId="00000032">
      <w:pPr>
        <w:spacing w:after="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Declaram, sob as penas da Lei, que foram respeitadas a faixa de domínio público e eventual área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non aedificandi</w:t>
      </w:r>
      <w:r w:rsidDel="00000000" w:rsidR="00000000" w:rsidRPr="00000000">
        <w:rPr>
          <w:rFonts w:ascii="Arial" w:cs="Arial" w:eastAsia="Arial" w:hAnsi="Arial"/>
          <w:rtl w:val="0"/>
        </w:rPr>
        <w:t xml:space="preserve">, conforme autorizado pelo art. 440-AX, § 3º, II, do Provimento nº 149/2023 do CNJ.</w:t>
      </w:r>
    </w:p>
    <w:p w:rsidR="00000000" w:rsidDel="00000000" w:rsidP="00000000" w:rsidRDefault="00000000" w:rsidRPr="00000000" w14:paraId="00000033">
      <w:pPr>
        <w:spacing w:after="0" w:before="240" w:line="240" w:lineRule="auto"/>
        <w:jc w:val="both"/>
        <w:rPr>
          <w:rFonts w:ascii="Arial" w:cs="Arial" w:eastAsia="Arial" w:hAnsi="Arial"/>
          <w:i w:val="1"/>
          <w:i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18"/>
          <w:szCs w:val="18"/>
          <w:rtl w:val="0"/>
        </w:rPr>
        <w:t xml:space="preserve">OBS: O requerimento apresentado em formato eletrônico deverá ser estruturado eletronicamente, e deverá estar assinado digitalmente com assinatura </w:t>
      </w:r>
      <w:r w:rsidDel="00000000" w:rsidR="00000000" w:rsidRPr="00000000">
        <w:rPr>
          <w:rFonts w:ascii="Arial" w:cs="Arial" w:eastAsia="Arial" w:hAnsi="Arial"/>
          <w:i w:val="1"/>
          <w:iCs w:val="1"/>
          <w:sz w:val="18"/>
          <w:szCs w:val="18"/>
          <w:rtl w:val="0"/>
        </w:rPr>
        <w:t xml:space="preserve">eletrônica</w:t>
      </w:r>
      <w:r w:rsidDel="00000000" w:rsidR="00000000" w:rsidRPr="00000000">
        <w:rPr>
          <w:rFonts w:ascii="Arial" w:cs="Arial" w:eastAsia="Arial" w:hAnsi="Arial"/>
          <w:i w:val="1"/>
          <w:iCs w:val="1"/>
          <w:sz w:val="18"/>
          <w:szCs w:val="18"/>
          <w:rtl w:val="0"/>
        </w:rPr>
        <w:t xml:space="preserve"> avançada ou qualificada, por todas as partes, conforme art. 209, §1º, I e II, do Provimento n. 149/2023 do CNJ.</w:t>
      </w:r>
    </w:p>
    <w:p w:rsidR="00000000" w:rsidDel="00000000" w:rsidP="00000000" w:rsidRDefault="00000000" w:rsidRPr="00000000" w14:paraId="00000034">
      <w:pPr>
        <w:spacing w:after="0" w:before="240" w:line="24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Belém/PA, ______ de _____________ de 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before="0" w:line="24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_____________________________________________ </w:t>
        <w:tab/>
        <w:tab/>
        <w:tab/>
        <w:t xml:space="preserve">_____________________________________________</w:t>
      </w:r>
    </w:p>
    <w:p w:rsidR="00000000" w:rsidDel="00000000" w:rsidP="00000000" w:rsidRDefault="00000000" w:rsidRPr="00000000" w14:paraId="00000039">
      <w:pPr>
        <w:spacing w:after="0" w:line="240" w:lineRule="auto"/>
        <w:ind w:left="720" w:firstLine="720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RESPONSÁVEL TÉCNICO</w:t>
        <w:tab/>
        <w:tab/>
        <w:tab/>
        <w:tab/>
        <w:tab/>
        <w:t xml:space="preserve">PROPRIETÁRIO (FIRMA RECONHECIDA)</w:t>
      </w:r>
    </w:p>
    <w:p w:rsidR="00000000" w:rsidDel="00000000" w:rsidP="00000000" w:rsidRDefault="00000000" w:rsidRPr="00000000" w14:paraId="0000003A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rtl w:val="0"/>
        </w:rPr>
        <w:t xml:space="preserve">NEXOS: (   ) REQUERIMENTO DE NOTIFICAÇÃO DOS CONFINANTES.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br w:type="textWrapping"/>
      </w:r>
    </w:p>
    <w:p w:rsidR="00000000" w:rsidDel="00000000" w:rsidP="00000000" w:rsidRDefault="00000000" w:rsidRPr="00000000" w14:paraId="0000003C">
      <w:pPr>
        <w:spacing w:after="0" w:before="24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REQUERIMENTO DE INTIMAÇÃO DE CONFRONTANTE</w:t>
      </w:r>
    </w:p>
    <w:p w:rsidR="00000000" w:rsidDel="00000000" w:rsidP="00000000" w:rsidRDefault="00000000" w:rsidRPr="00000000" w14:paraId="0000003D">
      <w:pPr>
        <w:spacing w:after="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Ao Oficial Títular</w:t>
      </w:r>
    </w:p>
    <w:p w:rsidR="00000000" w:rsidDel="00000000" w:rsidP="00000000" w:rsidRDefault="00000000" w:rsidRPr="00000000" w14:paraId="0000003E">
      <w:pPr>
        <w:spacing w:after="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2º Registro de Imóveis de Belém-PA</w:t>
      </w:r>
    </w:p>
    <w:p w:rsidR="00000000" w:rsidDel="00000000" w:rsidP="00000000" w:rsidRDefault="00000000" w:rsidRPr="00000000" w14:paraId="0000003F">
      <w:pPr>
        <w:spacing w:after="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Tendo em vista a falta de anuência de confro</w:t>
      </w:r>
      <w:r w:rsidDel="00000000" w:rsidR="00000000" w:rsidRPr="00000000">
        <w:rPr>
          <w:rFonts w:ascii="Arial" w:cs="Arial" w:eastAsia="Arial" w:hAnsi="Arial"/>
          <w:rtl w:val="0"/>
        </w:rPr>
        <w:t xml:space="preserve">ntante(s), REQUER-SE que esta Oficial de Registro de Imóveis proceda a notificação pessoal do(s) confrontantes listados a seguir, para manifestação em 15 (quinze dias sobre referido procedimento, sob pena de ser presumida a sua anuência, e, desde já, caso não seja(m) encontrado(s), autorizo a sua notificação por Edital, conforme artigo 213, §2º a 5º da Lei nº 6.015/73:</w:t>
      </w:r>
    </w:p>
    <w:p w:rsidR="00000000" w:rsidDel="00000000" w:rsidP="00000000" w:rsidRDefault="00000000" w:rsidRPr="00000000" w14:paraId="00000040">
      <w:pPr>
        <w:spacing w:after="0" w:before="24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CONFINANTE 1:</w:t>
      </w:r>
    </w:p>
    <w:p w:rsidR="00000000" w:rsidDel="00000000" w:rsidP="00000000" w:rsidRDefault="00000000" w:rsidRPr="00000000" w14:paraId="00000041">
      <w:pPr>
        <w:spacing w:after="0" w:before="24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____________________________________________________________________________________</w:t>
      </w:r>
    </w:p>
    <w:p w:rsidR="00000000" w:rsidDel="00000000" w:rsidP="00000000" w:rsidRDefault="00000000" w:rsidRPr="00000000" w14:paraId="00000043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NACIONALIDADE ________________________________ PROFISSÃO _______________________________</w:t>
      </w:r>
    </w:p>
    <w:p w:rsidR="00000000" w:rsidDel="00000000" w:rsidP="00000000" w:rsidRDefault="00000000" w:rsidRPr="00000000" w14:paraId="00000044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C.P.F. _______________________ RG ______________________ ESTADO CIVIL _______________________</w:t>
      </w:r>
    </w:p>
    <w:p w:rsidR="00000000" w:rsidDel="00000000" w:rsidP="00000000" w:rsidRDefault="00000000" w:rsidRPr="00000000" w14:paraId="00000045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CONVIVE EM UNIÃO ESTÁVEL (   )SIM / (   ) NÃO          DATA DE NASCIMENTO _______________________</w:t>
      </w:r>
    </w:p>
    <w:p w:rsidR="00000000" w:rsidDel="00000000" w:rsidP="00000000" w:rsidRDefault="00000000" w:rsidRPr="00000000" w14:paraId="00000046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DA MÃE  ____________________________________________________________________________</w:t>
      </w:r>
    </w:p>
    <w:p w:rsidR="00000000" w:rsidDel="00000000" w:rsidP="00000000" w:rsidRDefault="00000000" w:rsidRPr="00000000" w14:paraId="00000047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DO PAI    ____________________________________________________________________________</w:t>
      </w:r>
    </w:p>
    <w:p w:rsidR="00000000" w:rsidDel="00000000" w:rsidP="00000000" w:rsidRDefault="00000000" w:rsidRPr="00000000" w14:paraId="00000048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RESIDENTE E DOMICILIADO (A) ______________________________________________________________</w:t>
      </w:r>
    </w:p>
    <w:p w:rsidR="00000000" w:rsidDel="00000000" w:rsidP="00000000" w:rsidRDefault="00000000" w:rsidRPr="00000000" w14:paraId="00000049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4A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Nº ________ BAIRRO ______________________ CIDADE ____________________ ESTADO _____________</w:t>
      </w:r>
    </w:p>
    <w:p w:rsidR="00000000" w:rsidDel="00000000" w:rsidP="00000000" w:rsidRDefault="00000000" w:rsidRPr="00000000" w14:paraId="0000004B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CEP ___________________ CONTATO ____________________________ E-MAIL ______________________</w:t>
      </w:r>
    </w:p>
    <w:sdt>
      <w:sdtPr>
        <w:lock w:val="contentLocked"/>
        <w:id w:val="-1081745789"/>
        <w:tag w:val="goog_rdk_3"/>
      </w:sdtPr>
      <w:sdtContent>
        <w:tbl>
          <w:tblPr>
            <w:tblStyle w:val="Table4"/>
            <w:tblW w:w="11051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51"/>
            <w:tblGridChange w:id="0">
              <w:tblGrid>
                <w:gridCol w:w="11051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dashed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C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D">
      <w:pPr>
        <w:spacing w:after="0" w:before="24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DADOS DO IMÓVEL CONFINANTE 1:</w:t>
      </w:r>
    </w:p>
    <w:p w:rsidR="00000000" w:rsidDel="00000000" w:rsidP="00000000" w:rsidRDefault="00000000" w:rsidRPr="00000000" w14:paraId="0000004E">
      <w:pPr>
        <w:spacing w:after="0" w:before="240" w:line="288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NA QUALIDADE DE (   )POSSEIRO / (   )PROPRIETÁRIO DO SEGUINTE IMÓVEL CONFRONTANTE: URBANO, LOTE DE TERRENO DE Nº _________, QUADRA _________, ÁREA: _________ M², LOCALIZADO À RUA _______________________________________, BAIRRO:_______________________; MUNICÍPIO/ESTADO: _________________________________________, MATRÍCULA/TRANSCRIÇÃO: ____________________; INSCRIÇÃO IMOBILIÁRIA:_________________________________________</w:t>
      </w:r>
    </w:p>
    <w:sdt>
      <w:sdtPr>
        <w:lock w:val="contentLocked"/>
        <w:id w:val="-315096349"/>
        <w:tag w:val="goog_rdk_4"/>
      </w:sdtPr>
      <w:sdtContent>
        <w:tbl>
          <w:tblPr>
            <w:tblStyle w:val="Table5"/>
            <w:tblW w:w="11051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51"/>
            <w:tblGridChange w:id="0">
              <w:tblGrid>
                <w:gridCol w:w="11051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dashed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F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50">
      <w:pPr>
        <w:spacing w:after="0" w:before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Belém/PA, ____ de ____________ de 20____.</w:t>
      </w:r>
    </w:p>
    <w:p w:rsidR="00000000" w:rsidDel="00000000" w:rsidP="00000000" w:rsidRDefault="00000000" w:rsidRPr="00000000" w14:paraId="00000052">
      <w:pPr>
        <w:spacing w:after="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br w:type="textWrapping"/>
      </w:r>
    </w:p>
    <w:p w:rsidR="00000000" w:rsidDel="00000000" w:rsidP="00000000" w:rsidRDefault="00000000" w:rsidRPr="00000000" w14:paraId="00000053">
      <w:pPr>
        <w:spacing w:after="0" w:before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</w:t>
      </w:r>
    </w:p>
    <w:p w:rsidR="00000000" w:rsidDel="00000000" w:rsidP="00000000" w:rsidRDefault="00000000" w:rsidRPr="00000000" w14:paraId="00000054">
      <w:pPr>
        <w:spacing w:after="0" w:before="0" w:line="24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PROPRIETÁRIO (FIRMA RECONHECIDA) </w:t>
      </w:r>
    </w:p>
    <w:p w:rsidR="00000000" w:rsidDel="00000000" w:rsidP="00000000" w:rsidRDefault="00000000" w:rsidRPr="00000000" w14:paraId="00000055">
      <w:pPr>
        <w:spacing w:after="0" w:before="240" w:line="24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18"/>
          <w:szCs w:val="18"/>
          <w:rtl w:val="0"/>
        </w:rPr>
        <w:t xml:space="preserve">OBS: O requerimento apresentado em formato eletrônico deverá ser estruturado eletronicamente, e deverá estar assinado digitalmente com assinatura </w:t>
      </w:r>
      <w:r w:rsidDel="00000000" w:rsidR="00000000" w:rsidRPr="00000000">
        <w:rPr>
          <w:rFonts w:ascii="Arial" w:cs="Arial" w:eastAsia="Arial" w:hAnsi="Arial"/>
          <w:i w:val="1"/>
          <w:iCs w:val="1"/>
          <w:sz w:val="18"/>
          <w:szCs w:val="18"/>
          <w:rtl w:val="0"/>
        </w:rPr>
        <w:t xml:space="preserve">eletrônica</w:t>
      </w:r>
      <w:r w:rsidDel="00000000" w:rsidR="00000000" w:rsidRPr="00000000">
        <w:rPr>
          <w:rFonts w:ascii="Arial" w:cs="Arial" w:eastAsia="Arial" w:hAnsi="Arial"/>
          <w:i w:val="1"/>
          <w:iCs w:val="1"/>
          <w:sz w:val="18"/>
          <w:szCs w:val="18"/>
          <w:rtl w:val="0"/>
        </w:rPr>
        <w:t xml:space="preserve"> avançada ou qualificada, por todas as partes, conforme art. 209, §1º, I e II, do Provimento n. 149/2023 do CNJ.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before="24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CONFINANTE 2:</w:t>
      </w:r>
    </w:p>
    <w:p w:rsidR="00000000" w:rsidDel="00000000" w:rsidP="00000000" w:rsidRDefault="00000000" w:rsidRPr="00000000" w14:paraId="00000058">
      <w:pPr>
        <w:spacing w:after="0" w:before="24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____________________________________________________________________________________</w:t>
      </w:r>
    </w:p>
    <w:p w:rsidR="00000000" w:rsidDel="00000000" w:rsidP="00000000" w:rsidRDefault="00000000" w:rsidRPr="00000000" w14:paraId="0000005A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NACIONALIDADE ________________________________ PROFISSÃO _______________________________</w:t>
      </w:r>
    </w:p>
    <w:p w:rsidR="00000000" w:rsidDel="00000000" w:rsidP="00000000" w:rsidRDefault="00000000" w:rsidRPr="00000000" w14:paraId="0000005B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C.P.F. _______________________ RG ______________________ ESTADO CIVIL _______________________</w:t>
      </w:r>
    </w:p>
    <w:p w:rsidR="00000000" w:rsidDel="00000000" w:rsidP="00000000" w:rsidRDefault="00000000" w:rsidRPr="00000000" w14:paraId="0000005C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CONVIVE EM UNIÃO ESTÁVEL (   )SIM / (   ) NÃO          DATA DE NASCIMENTO _______________________</w:t>
      </w:r>
    </w:p>
    <w:p w:rsidR="00000000" w:rsidDel="00000000" w:rsidP="00000000" w:rsidRDefault="00000000" w:rsidRPr="00000000" w14:paraId="0000005D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DA MÃE  ____________________________________________________________________________</w:t>
      </w:r>
    </w:p>
    <w:p w:rsidR="00000000" w:rsidDel="00000000" w:rsidP="00000000" w:rsidRDefault="00000000" w:rsidRPr="00000000" w14:paraId="0000005E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DO PAI    ____________________________________________________________________________</w:t>
      </w:r>
    </w:p>
    <w:p w:rsidR="00000000" w:rsidDel="00000000" w:rsidP="00000000" w:rsidRDefault="00000000" w:rsidRPr="00000000" w14:paraId="0000005F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RESIDENTE E DOMICILIADO (A) ______________________________________________________________</w:t>
      </w:r>
    </w:p>
    <w:p w:rsidR="00000000" w:rsidDel="00000000" w:rsidP="00000000" w:rsidRDefault="00000000" w:rsidRPr="00000000" w14:paraId="00000060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61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Nº ________ BAIRRO ______________________ CIDADE ____________________ ESTADO _____________</w:t>
      </w:r>
    </w:p>
    <w:p w:rsidR="00000000" w:rsidDel="00000000" w:rsidP="00000000" w:rsidRDefault="00000000" w:rsidRPr="00000000" w14:paraId="00000062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CEP ___________________ CONTATO ____________________________ E-MAIL ______________________</w:t>
      </w:r>
    </w:p>
    <w:sdt>
      <w:sdtPr>
        <w:lock w:val="contentLocked"/>
        <w:id w:val="-1288885519"/>
        <w:tag w:val="goog_rdk_5"/>
      </w:sdtPr>
      <w:sdtContent>
        <w:tbl>
          <w:tblPr>
            <w:tblStyle w:val="Table6"/>
            <w:tblW w:w="11051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51"/>
            <w:tblGridChange w:id="0">
              <w:tblGrid>
                <w:gridCol w:w="11051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dashed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3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64">
      <w:pPr>
        <w:spacing w:after="0" w:before="24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DADOS DO IMÓVEL CONFINANTE 2:</w:t>
      </w:r>
    </w:p>
    <w:p w:rsidR="00000000" w:rsidDel="00000000" w:rsidP="00000000" w:rsidRDefault="00000000" w:rsidRPr="00000000" w14:paraId="00000065">
      <w:pPr>
        <w:spacing w:after="0" w:before="240" w:line="288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NA QUALIDADE DE (   )POSSEIRO / (   )PROPRIETÁRIO DO SEGUINTE IMÓVEL CONFRONTANTE: URBANO, LOTE DE TERRENO DE Nº _________, QUADRA _________, ÁREA: _________ M², LOCALIZADO À RUA _______________________________________, BAIRRO:_______________________; MUNICÍPIO/ESTADO: _________________________________________, MATRÍCULA/TRANSCRIÇÃO: ____________________; INSCRIÇÃO IMOBILIÁRIA:_________________________________________</w:t>
      </w:r>
    </w:p>
    <w:sdt>
      <w:sdtPr>
        <w:lock w:val="contentLocked"/>
        <w:id w:val="-1899782124"/>
        <w:tag w:val="goog_rdk_6"/>
      </w:sdtPr>
      <w:sdtContent>
        <w:tbl>
          <w:tblPr>
            <w:tblStyle w:val="Table7"/>
            <w:tblW w:w="11051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51"/>
            <w:tblGridChange w:id="0">
              <w:tblGrid>
                <w:gridCol w:w="11051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dashed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6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67">
      <w:pPr>
        <w:spacing w:after="0" w:before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Belém/PA, ____ de ____________ de 20____.</w:t>
      </w:r>
    </w:p>
    <w:p w:rsidR="00000000" w:rsidDel="00000000" w:rsidP="00000000" w:rsidRDefault="00000000" w:rsidRPr="00000000" w14:paraId="00000069">
      <w:pPr>
        <w:spacing w:after="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br w:type="textWrapping"/>
      </w:r>
    </w:p>
    <w:p w:rsidR="00000000" w:rsidDel="00000000" w:rsidP="00000000" w:rsidRDefault="00000000" w:rsidRPr="00000000" w14:paraId="0000006A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</w:t>
      </w:r>
    </w:p>
    <w:p w:rsidR="00000000" w:rsidDel="00000000" w:rsidP="00000000" w:rsidRDefault="00000000" w:rsidRPr="00000000" w14:paraId="0000006B">
      <w:pPr>
        <w:spacing w:after="0" w:line="24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PROPRIETÁRIO (FIRMA RECONHECIDA) </w:t>
      </w:r>
    </w:p>
    <w:p w:rsidR="00000000" w:rsidDel="00000000" w:rsidP="00000000" w:rsidRDefault="00000000" w:rsidRPr="00000000" w14:paraId="0000006C">
      <w:pPr>
        <w:spacing w:after="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18"/>
          <w:szCs w:val="18"/>
          <w:rtl w:val="0"/>
        </w:rPr>
        <w:t xml:space="preserve">OBS: O requerimento apresentado em formato eletrônico deverá ser estruturado eletronicamente, e deverá estar assinado digitalmente com assinatura </w:t>
      </w:r>
      <w:r w:rsidDel="00000000" w:rsidR="00000000" w:rsidRPr="00000000">
        <w:rPr>
          <w:rFonts w:ascii="Arial" w:cs="Arial" w:eastAsia="Arial" w:hAnsi="Arial"/>
          <w:i w:val="1"/>
          <w:iCs w:val="1"/>
          <w:sz w:val="18"/>
          <w:szCs w:val="18"/>
          <w:rtl w:val="0"/>
        </w:rPr>
        <w:t xml:space="preserve">eletrônica</w:t>
      </w:r>
      <w:r w:rsidDel="00000000" w:rsidR="00000000" w:rsidRPr="00000000">
        <w:rPr>
          <w:rFonts w:ascii="Arial" w:cs="Arial" w:eastAsia="Arial" w:hAnsi="Arial"/>
          <w:i w:val="1"/>
          <w:iCs w:val="1"/>
          <w:sz w:val="18"/>
          <w:szCs w:val="18"/>
          <w:rtl w:val="0"/>
        </w:rPr>
        <w:t xml:space="preserve"> avançada ou qualificada, por todas as partes, conforme art. 209, §1º, I e II, do Provimento n. 149/2023 do CNJ.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0" w:before="24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0" w:before="24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CONFINANTE 3:</w:t>
      </w:r>
    </w:p>
    <w:p w:rsidR="00000000" w:rsidDel="00000000" w:rsidP="00000000" w:rsidRDefault="00000000" w:rsidRPr="00000000" w14:paraId="0000006F">
      <w:pPr>
        <w:spacing w:after="0" w:before="24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____________________________________________________________________________________</w:t>
      </w:r>
    </w:p>
    <w:p w:rsidR="00000000" w:rsidDel="00000000" w:rsidP="00000000" w:rsidRDefault="00000000" w:rsidRPr="00000000" w14:paraId="00000071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NACIONALIDADE ________________________________ PROFISSÃO _______________________________</w:t>
      </w:r>
    </w:p>
    <w:p w:rsidR="00000000" w:rsidDel="00000000" w:rsidP="00000000" w:rsidRDefault="00000000" w:rsidRPr="00000000" w14:paraId="00000072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C.P.F. _______________________ RG ______________________ ESTADO CIVIL _______________________</w:t>
      </w:r>
    </w:p>
    <w:p w:rsidR="00000000" w:rsidDel="00000000" w:rsidP="00000000" w:rsidRDefault="00000000" w:rsidRPr="00000000" w14:paraId="00000073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CONVIVE EM UNIÃO ESTÁVEL (   )SIM / (   ) NÃO          DATA DE NASCIMENTO _______________________</w:t>
      </w:r>
    </w:p>
    <w:p w:rsidR="00000000" w:rsidDel="00000000" w:rsidP="00000000" w:rsidRDefault="00000000" w:rsidRPr="00000000" w14:paraId="00000074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DA MÃE  ____________________________________________________________________________</w:t>
      </w:r>
    </w:p>
    <w:p w:rsidR="00000000" w:rsidDel="00000000" w:rsidP="00000000" w:rsidRDefault="00000000" w:rsidRPr="00000000" w14:paraId="00000075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DO PAI    ____________________________________________________________________________</w:t>
      </w:r>
    </w:p>
    <w:p w:rsidR="00000000" w:rsidDel="00000000" w:rsidP="00000000" w:rsidRDefault="00000000" w:rsidRPr="00000000" w14:paraId="00000076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RESIDENTE E DOMICILIADO (A) ______________________________________________________________</w:t>
      </w:r>
    </w:p>
    <w:p w:rsidR="00000000" w:rsidDel="00000000" w:rsidP="00000000" w:rsidRDefault="00000000" w:rsidRPr="00000000" w14:paraId="00000077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78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Nº ________ BAIRRO ______________________ CIDADE ____________________ ESTADO _____________</w:t>
      </w:r>
    </w:p>
    <w:p w:rsidR="00000000" w:rsidDel="00000000" w:rsidP="00000000" w:rsidRDefault="00000000" w:rsidRPr="00000000" w14:paraId="00000079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CEP ___________________ CONTATO ____________________________ E-MAIL ______________________</w:t>
      </w:r>
    </w:p>
    <w:sdt>
      <w:sdtPr>
        <w:lock w:val="contentLocked"/>
        <w:id w:val="2043256204"/>
        <w:tag w:val="goog_rdk_7"/>
      </w:sdtPr>
      <w:sdtContent>
        <w:tbl>
          <w:tblPr>
            <w:tblStyle w:val="Table8"/>
            <w:tblW w:w="11051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51"/>
            <w:tblGridChange w:id="0">
              <w:tblGrid>
                <w:gridCol w:w="11051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dashed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A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7B">
      <w:pPr>
        <w:spacing w:after="0" w:before="24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DADOS DO IMÓVEL CONFINANTE 3:</w:t>
      </w:r>
    </w:p>
    <w:p w:rsidR="00000000" w:rsidDel="00000000" w:rsidP="00000000" w:rsidRDefault="00000000" w:rsidRPr="00000000" w14:paraId="0000007C">
      <w:pPr>
        <w:spacing w:after="0" w:before="240" w:line="288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NA QUALIDADE DE (   )POSSEIRO / (   )PROPRIETÁRIO DO SEGUINTE IMÓVEL CONFRONTANTE: URBANO, LOTE DE TERRENO DE Nº _________, QUADRA _________, ÁREA: _________ M², LOCALIZADO À RUA _______________________________________, BAIRRO:_______________________; MUNICÍPIO/ESTADO: _________________________________________, MATRÍCULA/TRANSCRIÇÃO: ____________________; INSCRIÇÃO IMOBILIÁRIA:_________________________________________</w:t>
      </w:r>
    </w:p>
    <w:sdt>
      <w:sdtPr>
        <w:lock w:val="contentLocked"/>
        <w:id w:val="976505511"/>
        <w:tag w:val="goog_rdk_8"/>
      </w:sdtPr>
      <w:sdtContent>
        <w:tbl>
          <w:tblPr>
            <w:tblStyle w:val="Table9"/>
            <w:tblW w:w="11051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51"/>
            <w:tblGridChange w:id="0">
              <w:tblGrid>
                <w:gridCol w:w="11051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dashed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D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7E">
      <w:pPr>
        <w:spacing w:after="0" w:before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Belém/PA, ____ de ____________ de 20____.</w:t>
      </w:r>
    </w:p>
    <w:p w:rsidR="00000000" w:rsidDel="00000000" w:rsidP="00000000" w:rsidRDefault="00000000" w:rsidRPr="00000000" w14:paraId="00000080">
      <w:pPr>
        <w:spacing w:after="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br w:type="textWrapping"/>
      </w:r>
    </w:p>
    <w:p w:rsidR="00000000" w:rsidDel="00000000" w:rsidP="00000000" w:rsidRDefault="00000000" w:rsidRPr="00000000" w14:paraId="00000081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</w:t>
      </w:r>
    </w:p>
    <w:p w:rsidR="00000000" w:rsidDel="00000000" w:rsidP="00000000" w:rsidRDefault="00000000" w:rsidRPr="00000000" w14:paraId="00000082">
      <w:pPr>
        <w:spacing w:after="0" w:line="24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PROPRIETÁRIO (FIRMA RECONHECIDA) </w:t>
      </w:r>
    </w:p>
    <w:p w:rsidR="00000000" w:rsidDel="00000000" w:rsidP="00000000" w:rsidRDefault="00000000" w:rsidRPr="00000000" w14:paraId="00000083">
      <w:pPr>
        <w:spacing w:after="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18"/>
          <w:szCs w:val="18"/>
          <w:rtl w:val="0"/>
        </w:rPr>
        <w:t xml:space="preserve">OBS: O requerimento apresentado em formato eletrônico deverá ser estruturado eletronicamente, e deverá estar assinado digitalmente com assinatura </w:t>
      </w:r>
      <w:r w:rsidDel="00000000" w:rsidR="00000000" w:rsidRPr="00000000">
        <w:rPr>
          <w:rFonts w:ascii="Arial" w:cs="Arial" w:eastAsia="Arial" w:hAnsi="Arial"/>
          <w:i w:val="1"/>
          <w:iCs w:val="1"/>
          <w:sz w:val="18"/>
          <w:szCs w:val="18"/>
          <w:rtl w:val="0"/>
        </w:rPr>
        <w:t xml:space="preserve">eletrônica</w:t>
      </w:r>
      <w:r w:rsidDel="00000000" w:rsidR="00000000" w:rsidRPr="00000000">
        <w:rPr>
          <w:rFonts w:ascii="Arial" w:cs="Arial" w:eastAsia="Arial" w:hAnsi="Arial"/>
          <w:i w:val="1"/>
          <w:iCs w:val="1"/>
          <w:sz w:val="18"/>
          <w:szCs w:val="18"/>
          <w:rtl w:val="0"/>
        </w:rPr>
        <w:t xml:space="preserve"> avançada ou qualificada, por todas as partes, conforme art. 209, §1º, I e II, do Provimento n. 149/2023 do CNJ.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538.7007874015751" w:top="1700.7874015748032" w:left="425.1968503937008" w:right="764.8818897637813" w:header="5.669291338582678" w:footer="56.6929133858267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6">
    <w:pPr>
      <w:spacing w:before="200" w:line="335.99999999999994" w:lineRule="auto"/>
      <w:ind w:left="-1559.0551181102362" w:right="-1706.4566929133848" w:firstLine="0"/>
      <w:jc w:val="center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-333372</wp:posOffset>
          </wp:positionH>
          <wp:positionV relativeFrom="paragraph">
            <wp:posOffset>114300</wp:posOffset>
          </wp:positionV>
          <wp:extent cx="7850063" cy="432378"/>
          <wp:effectExtent b="0" l="0" r="0" t="0"/>
          <wp:wrapNone/>
          <wp:docPr id="9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50063" cy="432378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5">
    <w:pPr>
      <w:pStyle w:val="Heading1"/>
      <w:ind w:right="-1706.4566929133848"/>
      <w:jc w:val="right"/>
      <w:rPr/>
    </w:pPr>
    <w:bookmarkStart w:colFirst="0" w:colLast="0" w:name="_heading=h.5zc047wuy6l7" w:id="0"/>
    <w:bookmarkEnd w:id="0"/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4572000</wp:posOffset>
          </wp:positionH>
          <wp:positionV relativeFrom="paragraph">
            <wp:posOffset>110704</wp:posOffset>
          </wp:positionV>
          <wp:extent cx="2832225" cy="962025"/>
          <wp:effectExtent b="0" l="0" r="0" t="0"/>
          <wp:wrapNone/>
          <wp:docPr id="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-11881" l="50822" r="0" t="11881"/>
                  <a:stretch>
                    <a:fillRect/>
                  </a:stretch>
                </pic:blipFill>
                <pic:spPr>
                  <a:xfrm>
                    <a:off x="0" y="0"/>
                    <a:ext cx="2832225" cy="9620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</wp:posOffset>
          </wp:positionH>
          <wp:positionV relativeFrom="paragraph">
            <wp:posOffset>110704</wp:posOffset>
          </wp:positionV>
          <wp:extent cx="1641375" cy="962025"/>
          <wp:effectExtent b="0" l="0" r="0" t="0"/>
          <wp:wrapNone/>
          <wp:docPr id="1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71611" t="0"/>
                  <a:stretch>
                    <a:fillRect/>
                  </a:stretch>
                </pic:blipFill>
                <pic:spPr>
                  <a:xfrm>
                    <a:off x="0" y="0"/>
                    <a:ext cx="1641375" cy="96202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io2dhh7Ea7JftPS14QC8V3G+ng==">CgMxLjAaHwoBMBIaChgICVIUChJ0YWJsZS52a3BnNmpvaG56c3caHwoBMRIaChgICVIUChJ0YWJsZS41aG90cjZoODZhNGoaHwoBMhIaChgICVIUChJ0YWJsZS4xYXBtNHBic3ZpZ2EaHwoBMxIaChgICVIUChJ0YWJsZS53cXh1d2I2MXZ5Y3EaHwoBNBIaChgICVIUChJ0YWJsZS53eWR0bnFtZXZjbGEaHwoBNRIaChgICVIUChJ0YWJsZS5tazdpNGFqYjRrZjAaHwoBNhIaChgICVIUChJ0YWJsZS4yaWo5bmNuN3Bha2oaHwoBNxIaChgICVIUChJ0YWJsZS52bXV6amFhNWJseDgaHwoBOBIaChgICVIUChJ0YWJsZS56Zno4NnkxdzAyMnIyDmguNXpjMDQ3d3V5Nmw3OAByITFJa2NKcGlON2EweGhxM0ZzQ0d6Y2pjcDNLYzNORGIx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