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Ao Sr. Oficial de Registro de Imóveis do 2º Serviço de Registro de Imóveis de Belém/PA</w:t>
      </w:r>
    </w:p>
    <w:p w:rsidR="00000000" w:rsidDel="00000000" w:rsidP="00000000" w:rsidRDefault="00000000" w:rsidRPr="00000000" w14:paraId="00000002">
      <w:pPr>
        <w:pStyle w:val="Heading1"/>
        <w:spacing w:before="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REQUERIMENTO DE REGISTRO DE TÍTULO DE TRANSFERÊNCIA DE PROPRIEDADE NOS TERMOS DOS </w:t>
      </w:r>
    </w:p>
    <w:p w:rsidR="00000000" w:rsidDel="00000000" w:rsidP="00000000" w:rsidRDefault="00000000" w:rsidRPr="00000000" w14:paraId="00000003">
      <w:pPr>
        <w:pStyle w:val="Heading1"/>
        <w:spacing w:before="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PROVIMENTOS Nº 61/2017, 149/2023 E 161/2024 DO CONSELHO NACIONAL DE JUSTIÇA – CNJ</w:t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widowControl w:val="0"/>
        <w:spacing w:before="1" w:line="276" w:lineRule="auto"/>
        <w:ind w:right="150"/>
        <w:jc w:val="center"/>
        <w:rPr>
          <w:rFonts w:ascii="Arial" w:cs="Arial" w:eastAsia="Arial" w:hAnsi="Arial"/>
          <w:color w:val="000000"/>
          <w:sz w:val="8"/>
          <w:szCs w:val="8"/>
        </w:rPr>
      </w:pPr>
      <w:bookmarkStart w:colFirst="0" w:colLast="0" w:name="_heading=h.odq0vmmgq81z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keepNext w:val="0"/>
        <w:keepLines w:val="0"/>
        <w:widowControl w:val="0"/>
        <w:spacing w:before="1" w:line="276" w:lineRule="auto"/>
        <w:ind w:right="150"/>
        <w:jc w:val="center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bookmarkStart w:colFirst="0" w:colLast="0" w:name="_heading=h.f23dpi6t5xd4" w:id="1"/>
      <w:bookmarkEnd w:id="1"/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DADOS PESSOAIS DA PARTE (VENDEDOR)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Lines w:val="0"/>
        <w:spacing w:after="0" w:before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____________________________________________________________________________________</w:t>
      </w:r>
    </w:p>
    <w:p w:rsidR="00000000" w:rsidDel="00000000" w:rsidP="00000000" w:rsidRDefault="00000000" w:rsidRPr="00000000" w14:paraId="00000007">
      <w:pPr>
        <w:keepLines w:val="0"/>
        <w:spacing w:after="0" w:before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NACIONALIDADE ________________________________ PROFISSÃO _______________________________</w:t>
      </w:r>
    </w:p>
    <w:p w:rsidR="00000000" w:rsidDel="00000000" w:rsidP="00000000" w:rsidRDefault="00000000" w:rsidRPr="00000000" w14:paraId="00000008">
      <w:pPr>
        <w:keepLines w:val="0"/>
        <w:spacing w:after="0" w:before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C.P.F. ____________________ RG _________ EMISSOR ______  ESTADO CIVIL:____________________</w:t>
      </w:r>
    </w:p>
    <w:p w:rsidR="00000000" w:rsidDel="00000000" w:rsidP="00000000" w:rsidRDefault="00000000" w:rsidRPr="00000000" w14:paraId="00000009">
      <w:pPr>
        <w:keepLines w:val="0"/>
        <w:spacing w:after="0" w:before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CONVIVE EM UNIÃO ESTÁVEL (   )SIM / (   ) NÃO          DATA DE NASCIMENTO _______________________</w:t>
      </w:r>
    </w:p>
    <w:p w:rsidR="00000000" w:rsidDel="00000000" w:rsidP="00000000" w:rsidRDefault="00000000" w:rsidRPr="00000000" w14:paraId="0000000A">
      <w:pPr>
        <w:keepLines w:val="0"/>
        <w:spacing w:after="0" w:before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DA MÃE  ____________________________________________________________________________</w:t>
      </w:r>
    </w:p>
    <w:p w:rsidR="00000000" w:rsidDel="00000000" w:rsidP="00000000" w:rsidRDefault="00000000" w:rsidRPr="00000000" w14:paraId="0000000B">
      <w:pPr>
        <w:keepLines w:val="0"/>
        <w:spacing w:after="0" w:before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DO PAI    ____________________________________________________________________________</w:t>
      </w:r>
    </w:p>
    <w:p w:rsidR="00000000" w:rsidDel="00000000" w:rsidP="00000000" w:rsidRDefault="00000000" w:rsidRPr="00000000" w14:paraId="0000000C">
      <w:pPr>
        <w:keepLines w:val="0"/>
        <w:spacing w:after="0" w:before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RESIDENTE E DOMICILIADO (A) ______________________________________________________________</w:t>
      </w:r>
    </w:p>
    <w:p w:rsidR="00000000" w:rsidDel="00000000" w:rsidP="00000000" w:rsidRDefault="00000000" w:rsidRPr="00000000" w14:paraId="0000000D">
      <w:pPr>
        <w:keepLines w:val="0"/>
        <w:spacing w:after="0" w:before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0E">
      <w:pPr>
        <w:keepLines w:val="0"/>
        <w:spacing w:after="0" w:before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Nº ________ BAIRRO ______________________ CIDADE ____________________ ESTADO _____________</w:t>
      </w:r>
    </w:p>
    <w:p w:rsidR="00000000" w:rsidDel="00000000" w:rsidP="00000000" w:rsidRDefault="00000000" w:rsidRPr="00000000" w14:paraId="0000000F">
      <w:pPr>
        <w:keepLines w:val="0"/>
        <w:spacing w:after="0" w:before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CEP ___________________ CONTATO ____________________________ E-MAIL ______________________</w:t>
      </w:r>
    </w:p>
    <w:sdt>
      <w:sdtPr>
        <w:lock w:val="contentLocked"/>
        <w:id w:val="-61255830"/>
        <w:tag w:val="goog_rdk_0"/>
      </w:sdtPr>
      <w:sdtContent>
        <w:tbl>
          <w:tblPr>
            <w:tblStyle w:val="Table1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12"/>
                    <w:szCs w:val="1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1">
      <w:pPr>
        <w:pStyle w:val="Heading1"/>
        <w:keepNext w:val="0"/>
        <w:keepLines w:val="0"/>
        <w:widowControl w:val="0"/>
        <w:spacing w:before="0" w:line="276" w:lineRule="auto"/>
        <w:ind w:right="150"/>
        <w:jc w:val="center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bookmarkStart w:colFirst="0" w:colLast="0" w:name="_heading=h.91dxnuyjpzbg" w:id="2"/>
      <w:bookmarkEnd w:id="2"/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INFORMAÇÕES PROFISSIONAIS DA PARTE (VENDEDOR)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76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DA EMPRESA ______________________________________________________________________</w:t>
      </w:r>
    </w:p>
    <w:p w:rsidR="00000000" w:rsidDel="00000000" w:rsidP="00000000" w:rsidRDefault="00000000" w:rsidRPr="00000000" w14:paraId="00000013">
      <w:pPr>
        <w:spacing w:after="0" w:line="276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ENDEREÇO PROFISSIONAL _________________________________________________________________</w:t>
      </w:r>
    </w:p>
    <w:p w:rsidR="00000000" w:rsidDel="00000000" w:rsidP="00000000" w:rsidRDefault="00000000" w:rsidRPr="00000000" w14:paraId="00000014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Nº ________ BAIRRO ______________________ CIDADE ____________________ ESTADO _____________</w:t>
      </w:r>
    </w:p>
    <w:p w:rsidR="00000000" w:rsidDel="00000000" w:rsidP="00000000" w:rsidRDefault="00000000" w:rsidRPr="00000000" w14:paraId="00000015">
      <w:pPr>
        <w:spacing w:after="0" w:line="276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CEP ___________________ CONTATO ____________________________ E-MAIL ______________________</w:t>
      </w:r>
    </w:p>
    <w:p w:rsidR="00000000" w:rsidDel="00000000" w:rsidP="00000000" w:rsidRDefault="00000000" w:rsidRPr="00000000" w14:paraId="00000016">
      <w:pPr>
        <w:spacing w:after="0" w:line="276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keepNext w:val="0"/>
        <w:keepLines w:val="0"/>
        <w:widowControl w:val="0"/>
        <w:spacing w:before="0" w:line="276" w:lineRule="auto"/>
        <w:ind w:right="150"/>
        <w:jc w:val="center"/>
        <w:rPr>
          <w:rFonts w:ascii="Arial" w:cs="Arial" w:eastAsia="Arial" w:hAnsi="Arial"/>
          <w:color w:val="000000"/>
          <w:sz w:val="22"/>
          <w:szCs w:val="22"/>
        </w:rPr>
      </w:pPr>
      <w:bookmarkStart w:colFirst="0" w:colLast="0" w:name="_heading=h.1bof8im3xpct" w:id="3"/>
      <w:bookmarkEnd w:id="3"/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DADOS PESSOAIS DO (DA) CÔNJUGE OU COMPANHEIRO (A) (VENDEDOR)</w:t>
      </w:r>
    </w:p>
    <w:p w:rsidR="00000000" w:rsidDel="00000000" w:rsidP="00000000" w:rsidRDefault="00000000" w:rsidRPr="00000000" w14:paraId="00000018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____________________________________________________________________________________</w:t>
      </w:r>
    </w:p>
    <w:p w:rsidR="00000000" w:rsidDel="00000000" w:rsidP="00000000" w:rsidRDefault="00000000" w:rsidRPr="00000000" w14:paraId="00000019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NACIONALIDADE ________________________________ PROFISSÃO _______________________________</w:t>
      </w:r>
    </w:p>
    <w:p w:rsidR="00000000" w:rsidDel="00000000" w:rsidP="00000000" w:rsidRDefault="00000000" w:rsidRPr="00000000" w14:paraId="0000001A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C.P.F. _______________________ RG _________ EMISSOR ______ ESTADO CIVIL ____________________</w:t>
      </w:r>
    </w:p>
    <w:p w:rsidR="00000000" w:rsidDel="00000000" w:rsidP="00000000" w:rsidRDefault="00000000" w:rsidRPr="00000000" w14:paraId="0000001B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CONVIVE EM UNIÃO ESTÁVEL (   )SIM / (   ) NÃO          DATA DE NASCIMENTO _______________________</w:t>
      </w:r>
    </w:p>
    <w:p w:rsidR="00000000" w:rsidDel="00000000" w:rsidP="00000000" w:rsidRDefault="00000000" w:rsidRPr="00000000" w14:paraId="0000001C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DA MÃE  ____________________________________________________________________________</w:t>
      </w:r>
    </w:p>
    <w:p w:rsidR="00000000" w:rsidDel="00000000" w:rsidP="00000000" w:rsidRDefault="00000000" w:rsidRPr="00000000" w14:paraId="0000001D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DO PAI    ____________________________________________________________________________</w:t>
      </w:r>
    </w:p>
    <w:p w:rsidR="00000000" w:rsidDel="00000000" w:rsidP="00000000" w:rsidRDefault="00000000" w:rsidRPr="00000000" w14:paraId="0000001E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RESIDENTE E DOMICILIADO (A) ______________________________________________________________</w:t>
      </w:r>
    </w:p>
    <w:p w:rsidR="00000000" w:rsidDel="00000000" w:rsidP="00000000" w:rsidRDefault="00000000" w:rsidRPr="00000000" w14:paraId="0000001F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20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Nº ________ BAIRRO ______________________ CIDADE ____________________ ESTADO _____________</w:t>
      </w:r>
    </w:p>
    <w:p w:rsidR="00000000" w:rsidDel="00000000" w:rsidP="00000000" w:rsidRDefault="00000000" w:rsidRPr="00000000" w14:paraId="00000021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CEP ___________________ CONTATO ____________________________ E-MAIL ______________________</w:t>
      </w:r>
    </w:p>
    <w:sdt>
      <w:sdtPr>
        <w:lock w:val="contentLocked"/>
        <w:id w:val="-843387768"/>
        <w:tag w:val="goog_rdk_1"/>
      </w:sdtPr>
      <w:sdtContent>
        <w:tbl>
          <w:tblPr>
            <w:tblStyle w:val="Table2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widowControl w:val="0"/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3">
      <w:pPr>
        <w:pStyle w:val="Heading1"/>
        <w:keepNext w:val="0"/>
        <w:keepLines w:val="0"/>
        <w:widowControl w:val="0"/>
        <w:spacing w:before="0" w:line="276" w:lineRule="auto"/>
        <w:ind w:right="150"/>
        <w:jc w:val="center"/>
        <w:rPr>
          <w:rFonts w:ascii="Arial" w:cs="Arial" w:eastAsia="Arial" w:hAnsi="Arial"/>
          <w:color w:val="000000"/>
          <w:sz w:val="22"/>
          <w:szCs w:val="22"/>
        </w:rPr>
      </w:pPr>
      <w:bookmarkStart w:colFirst="0" w:colLast="0" w:name="_heading=h.xplsfqk13wgo" w:id="4"/>
      <w:bookmarkEnd w:id="4"/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INFORMAÇÕES PROFISSIONAIS DO (DA) CÔNJUGE OU COMPANHEIRO (A) (VENDEDOR)</w:t>
      </w:r>
    </w:p>
    <w:p w:rsidR="00000000" w:rsidDel="00000000" w:rsidP="00000000" w:rsidRDefault="00000000" w:rsidRPr="00000000" w14:paraId="00000024">
      <w:pPr>
        <w:spacing w:after="0" w:line="276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DA EMPRESA ______________________________________________________________________</w:t>
      </w:r>
    </w:p>
    <w:p w:rsidR="00000000" w:rsidDel="00000000" w:rsidP="00000000" w:rsidRDefault="00000000" w:rsidRPr="00000000" w14:paraId="00000025">
      <w:pPr>
        <w:spacing w:after="0" w:line="276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ENDEREÇO PROFISSIONAL _________________________________________________________________</w:t>
      </w:r>
    </w:p>
    <w:p w:rsidR="00000000" w:rsidDel="00000000" w:rsidP="00000000" w:rsidRDefault="00000000" w:rsidRPr="00000000" w14:paraId="00000026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Nº ________ BAIRRO ______________________ CIDADE ____________________ ESTADO _____________</w:t>
      </w:r>
    </w:p>
    <w:p w:rsidR="00000000" w:rsidDel="00000000" w:rsidP="00000000" w:rsidRDefault="00000000" w:rsidRPr="00000000" w14:paraId="00000027">
      <w:pPr>
        <w:spacing w:after="0" w:line="276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CEP ___________________ CONTATO ____________________________ E-MAIL ______________________</w:t>
      </w:r>
    </w:p>
    <w:sdt>
      <w:sdtPr>
        <w:lock w:val="contentLocked"/>
        <w:id w:val="1159484168"/>
        <w:tag w:val="goog_rdk_2"/>
      </w:sdtPr>
      <w:sdtContent>
        <w:tbl>
          <w:tblPr>
            <w:tblStyle w:val="Table3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spacing w:before="240" w:line="240" w:lineRule="auto"/>
                  <w:jc w:val="center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DADOS DO REPRESENTANTE LEGAL OU PROCURADOR (SE HOUVER):</w:t>
                </w:r>
              </w:p>
              <w:p w:rsidR="00000000" w:rsidDel="00000000" w:rsidP="00000000" w:rsidRDefault="00000000" w:rsidRPr="00000000" w14:paraId="00000029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NOME: __________________________________________________________________________________</w:t>
                </w:r>
              </w:p>
              <w:p w:rsidR="00000000" w:rsidDel="00000000" w:rsidP="00000000" w:rsidRDefault="00000000" w:rsidRPr="00000000" w14:paraId="0000002A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NACIONALIDADE ______________________________ PROFISSÃO _______________________________</w:t>
                </w:r>
              </w:p>
              <w:p w:rsidR="00000000" w:rsidDel="00000000" w:rsidP="00000000" w:rsidRDefault="00000000" w:rsidRPr="00000000" w14:paraId="0000002B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C.P.F. ____________________ RG _________ EMISSOR:______  ESTADO CIVIL:____________________</w:t>
                </w:r>
              </w:p>
              <w:p w:rsidR="00000000" w:rsidDel="00000000" w:rsidP="00000000" w:rsidRDefault="00000000" w:rsidRPr="00000000" w14:paraId="0000002C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CONVIVE EM UNIÃO ESTÁVEL (   )SIM / (   ) NÃO  DATA DE NASCIMENTO _______________________</w:t>
                </w:r>
              </w:p>
              <w:p w:rsidR="00000000" w:rsidDel="00000000" w:rsidP="00000000" w:rsidRDefault="00000000" w:rsidRPr="00000000" w14:paraId="0000002D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NOME DA MÃE  __________________________________________________________________________</w:t>
                </w:r>
              </w:p>
              <w:p w:rsidR="00000000" w:rsidDel="00000000" w:rsidP="00000000" w:rsidRDefault="00000000" w:rsidRPr="00000000" w14:paraId="0000002E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NOME DO PAI   ___________________________________________________________________________</w:t>
                </w:r>
              </w:p>
              <w:p w:rsidR="00000000" w:rsidDel="00000000" w:rsidP="00000000" w:rsidRDefault="00000000" w:rsidRPr="00000000" w14:paraId="0000002F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RESIDENTE E DOMICILIADO (A)_____________________________________________________________</w:t>
                </w:r>
              </w:p>
              <w:p w:rsidR="00000000" w:rsidDel="00000000" w:rsidP="00000000" w:rsidRDefault="00000000" w:rsidRPr="00000000" w14:paraId="00000030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__________________________________________________________________________________________Nº ________ BAIRRO ______________________ CIDADE ____________________ ESTADO _____________CEP ___________________ CONTATO __________________ E-MAIL _________________</w:t>
                </w:r>
              </w:p>
            </w:tc>
          </w:tr>
        </w:tbl>
      </w:sdtContent>
    </w:sdt>
    <w:p w:rsidR="00000000" w:rsidDel="00000000" w:rsidP="00000000" w:rsidRDefault="00000000" w:rsidRPr="00000000" w14:paraId="00000031">
      <w:pPr>
        <w:pStyle w:val="Heading1"/>
        <w:keepNext w:val="0"/>
        <w:keepLines w:val="0"/>
        <w:widowControl w:val="0"/>
        <w:spacing w:before="0" w:line="276" w:lineRule="auto"/>
        <w:ind w:right="150"/>
        <w:jc w:val="center"/>
        <w:rPr>
          <w:rFonts w:ascii="Arial" w:cs="Arial" w:eastAsia="Arial" w:hAnsi="Arial"/>
          <w:color w:val="000000"/>
          <w:sz w:val="22"/>
          <w:szCs w:val="22"/>
        </w:rPr>
      </w:pPr>
      <w:bookmarkStart w:colFirst="0" w:colLast="0" w:name="_heading=h.it4n4prikhme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1"/>
        <w:keepNext w:val="0"/>
        <w:keepLines w:val="0"/>
        <w:widowControl w:val="0"/>
        <w:spacing w:before="1" w:line="276" w:lineRule="auto"/>
        <w:ind w:right="150"/>
        <w:jc w:val="center"/>
        <w:rPr>
          <w:rFonts w:ascii="Arial" w:cs="Arial" w:eastAsia="Arial" w:hAnsi="Arial"/>
          <w:color w:val="000000"/>
          <w:sz w:val="22"/>
          <w:szCs w:val="22"/>
        </w:rPr>
      </w:pPr>
      <w:bookmarkStart w:colFirst="0" w:colLast="0" w:name="_heading=h.ebpl5hk8jl81" w:id="6"/>
      <w:bookmarkEnd w:id="6"/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DADOS PESSOAIS DA PARTE (COMPRADOR)</w:t>
      </w:r>
    </w:p>
    <w:p w:rsidR="00000000" w:rsidDel="00000000" w:rsidP="00000000" w:rsidRDefault="00000000" w:rsidRPr="00000000" w14:paraId="00000033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____________________________________________________________________________________</w:t>
      </w:r>
    </w:p>
    <w:p w:rsidR="00000000" w:rsidDel="00000000" w:rsidP="00000000" w:rsidRDefault="00000000" w:rsidRPr="00000000" w14:paraId="00000034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NACIONALIDADE ________________________________ PROFISSÃO _______________________________</w:t>
      </w:r>
    </w:p>
    <w:p w:rsidR="00000000" w:rsidDel="00000000" w:rsidP="00000000" w:rsidRDefault="00000000" w:rsidRPr="00000000" w14:paraId="00000035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C.P.F. _______________________ RG _________ EMISSOR ______ ESTADO CIVIL ____________________</w:t>
      </w:r>
    </w:p>
    <w:p w:rsidR="00000000" w:rsidDel="00000000" w:rsidP="00000000" w:rsidRDefault="00000000" w:rsidRPr="00000000" w14:paraId="00000036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CONVIVE EM UNIÃO ESTÁVEL (   )SIM / (   ) NÃO          DATA DE NASCIMENTO _______________________</w:t>
      </w:r>
    </w:p>
    <w:p w:rsidR="00000000" w:rsidDel="00000000" w:rsidP="00000000" w:rsidRDefault="00000000" w:rsidRPr="00000000" w14:paraId="00000037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DA MÃE  ____________________________________________________________________________</w:t>
      </w:r>
    </w:p>
    <w:p w:rsidR="00000000" w:rsidDel="00000000" w:rsidP="00000000" w:rsidRDefault="00000000" w:rsidRPr="00000000" w14:paraId="00000038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DO PAI    ____________________________________________________________________________</w:t>
      </w:r>
    </w:p>
    <w:p w:rsidR="00000000" w:rsidDel="00000000" w:rsidP="00000000" w:rsidRDefault="00000000" w:rsidRPr="00000000" w14:paraId="00000039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RESIDENTE E DOMICILIADO (A) ______________________________________________________________</w:t>
      </w:r>
    </w:p>
    <w:p w:rsidR="00000000" w:rsidDel="00000000" w:rsidP="00000000" w:rsidRDefault="00000000" w:rsidRPr="00000000" w14:paraId="0000003A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3B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Nº ________ BAIRRO ______________________ CIDADE ____________________ ESTADO _____________</w:t>
      </w:r>
    </w:p>
    <w:p w:rsidR="00000000" w:rsidDel="00000000" w:rsidP="00000000" w:rsidRDefault="00000000" w:rsidRPr="00000000" w14:paraId="0000003C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CEP ___________________ CONTATO ____________________________ E-MAIL ______________________</w:t>
      </w:r>
    </w:p>
    <w:sdt>
      <w:sdtPr>
        <w:lock w:val="contentLocked"/>
        <w:id w:val="-1137231172"/>
        <w:tag w:val="goog_rdk_3"/>
      </w:sdtPr>
      <w:sdtContent>
        <w:tbl>
          <w:tblPr>
            <w:tblStyle w:val="Table4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D">
                <w:pPr>
                  <w:widowControl w:val="0"/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E">
      <w:pPr>
        <w:pStyle w:val="Heading1"/>
        <w:keepNext w:val="0"/>
        <w:keepLines w:val="0"/>
        <w:widowControl w:val="0"/>
        <w:spacing w:before="0" w:line="276" w:lineRule="auto"/>
        <w:ind w:right="150"/>
        <w:jc w:val="center"/>
        <w:rPr>
          <w:rFonts w:ascii="Arial" w:cs="Arial" w:eastAsia="Arial" w:hAnsi="Arial"/>
          <w:color w:val="000000"/>
          <w:sz w:val="22"/>
          <w:szCs w:val="22"/>
        </w:rPr>
      </w:pPr>
      <w:bookmarkStart w:colFirst="0" w:colLast="0" w:name="_heading=h.yrofkv3t8bp4" w:id="7"/>
      <w:bookmarkEnd w:id="7"/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INFORMAÇÕES PROFISSIONAIS DA PARTE (COMPRADOR)</w:t>
      </w:r>
    </w:p>
    <w:p w:rsidR="00000000" w:rsidDel="00000000" w:rsidP="00000000" w:rsidRDefault="00000000" w:rsidRPr="00000000" w14:paraId="0000003F">
      <w:pPr>
        <w:spacing w:after="0" w:line="276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DA EMPRESA ______________________________________________________________________</w:t>
      </w:r>
    </w:p>
    <w:p w:rsidR="00000000" w:rsidDel="00000000" w:rsidP="00000000" w:rsidRDefault="00000000" w:rsidRPr="00000000" w14:paraId="00000040">
      <w:pPr>
        <w:spacing w:after="0" w:line="276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ENDEREÇO PROFISSIONAL _________________________________________________________________</w:t>
      </w:r>
    </w:p>
    <w:p w:rsidR="00000000" w:rsidDel="00000000" w:rsidP="00000000" w:rsidRDefault="00000000" w:rsidRPr="00000000" w14:paraId="00000041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Nº ________ BAIRRO ______________________ CIDADE ____________________ ESTADO _____________</w:t>
      </w:r>
    </w:p>
    <w:p w:rsidR="00000000" w:rsidDel="00000000" w:rsidP="00000000" w:rsidRDefault="00000000" w:rsidRPr="00000000" w14:paraId="00000042">
      <w:pPr>
        <w:spacing w:after="0" w:line="276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CEP ___________________ CONTATO ____________________________ E-MAIL ______________________</w:t>
      </w:r>
    </w:p>
    <w:sdt>
      <w:sdtPr>
        <w:lock w:val="contentLocked"/>
        <w:id w:val="1806746670"/>
        <w:tag w:val="goog_rdk_4"/>
      </w:sdtPr>
      <w:sdtContent>
        <w:tbl>
          <w:tblPr>
            <w:tblStyle w:val="Table5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3">
                <w:pPr>
                  <w:widowControl w:val="0"/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  <w:sz w:val="12"/>
                    <w:szCs w:val="1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4">
      <w:pPr>
        <w:pStyle w:val="Heading1"/>
        <w:keepNext w:val="0"/>
        <w:keepLines w:val="0"/>
        <w:widowControl w:val="0"/>
        <w:spacing w:before="0" w:line="276" w:lineRule="auto"/>
        <w:ind w:right="150"/>
        <w:jc w:val="center"/>
        <w:rPr>
          <w:rFonts w:ascii="Arial" w:cs="Arial" w:eastAsia="Arial" w:hAnsi="Arial"/>
          <w:color w:val="000000"/>
          <w:sz w:val="22"/>
          <w:szCs w:val="22"/>
        </w:rPr>
      </w:pPr>
      <w:bookmarkStart w:colFirst="0" w:colLast="0" w:name="_heading=h.8mwk11s0o8ua" w:id="8"/>
      <w:bookmarkEnd w:id="8"/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DADOS PESSOAIS DO (DA) CÔNJUGE OU COMPANHEIRO (A) (COMPRADOR)</w:t>
      </w:r>
    </w:p>
    <w:p w:rsidR="00000000" w:rsidDel="00000000" w:rsidP="00000000" w:rsidRDefault="00000000" w:rsidRPr="00000000" w14:paraId="00000045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____________________________________________________________________________________</w:t>
      </w:r>
    </w:p>
    <w:p w:rsidR="00000000" w:rsidDel="00000000" w:rsidP="00000000" w:rsidRDefault="00000000" w:rsidRPr="00000000" w14:paraId="00000046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NACIONALIDADE ________________________________ PROFISSÃO _______________________________</w:t>
      </w:r>
    </w:p>
    <w:p w:rsidR="00000000" w:rsidDel="00000000" w:rsidP="00000000" w:rsidRDefault="00000000" w:rsidRPr="00000000" w14:paraId="00000047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C.P.F. _______________________ RG ______________________ ESTADO CIVIL _______________________</w:t>
      </w:r>
    </w:p>
    <w:p w:rsidR="00000000" w:rsidDel="00000000" w:rsidP="00000000" w:rsidRDefault="00000000" w:rsidRPr="00000000" w14:paraId="00000048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CONVIVE EM UNIÃO ESTÁVEL (   )SIM / (   ) NÃO          DATA DE NASCIMENTO _______________________</w:t>
      </w:r>
    </w:p>
    <w:p w:rsidR="00000000" w:rsidDel="00000000" w:rsidP="00000000" w:rsidRDefault="00000000" w:rsidRPr="00000000" w14:paraId="00000049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DA MÃE  ____________________________________________________________________________</w:t>
      </w:r>
    </w:p>
    <w:p w:rsidR="00000000" w:rsidDel="00000000" w:rsidP="00000000" w:rsidRDefault="00000000" w:rsidRPr="00000000" w14:paraId="0000004A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DO PAI    ____________________________________________________________________________</w:t>
      </w:r>
    </w:p>
    <w:p w:rsidR="00000000" w:rsidDel="00000000" w:rsidP="00000000" w:rsidRDefault="00000000" w:rsidRPr="00000000" w14:paraId="0000004B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RESIDENTE E DOMICILIADO (A) ______________________________________________________________</w:t>
      </w:r>
    </w:p>
    <w:p w:rsidR="00000000" w:rsidDel="00000000" w:rsidP="00000000" w:rsidRDefault="00000000" w:rsidRPr="00000000" w14:paraId="0000004C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4D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Nº ________ BAIRRO ______________________ CIDADE ____________________ ESTADO _____________</w:t>
      </w:r>
    </w:p>
    <w:p w:rsidR="00000000" w:rsidDel="00000000" w:rsidP="00000000" w:rsidRDefault="00000000" w:rsidRPr="00000000" w14:paraId="0000004E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CEP ___________________ CONTATO ____________________________ E-MAIL ______________________</w:t>
      </w:r>
    </w:p>
    <w:sdt>
      <w:sdtPr>
        <w:lock w:val="contentLocked"/>
        <w:id w:val="1461247077"/>
        <w:tag w:val="goog_rdk_5"/>
      </w:sdtPr>
      <w:sdtContent>
        <w:tbl>
          <w:tblPr>
            <w:tblStyle w:val="Table6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F">
                <w:pPr>
                  <w:widowControl w:val="0"/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  <w:sz w:val="8"/>
                    <w:szCs w:val="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0">
      <w:pPr>
        <w:pStyle w:val="Heading1"/>
        <w:keepNext w:val="0"/>
        <w:keepLines w:val="0"/>
        <w:widowControl w:val="0"/>
        <w:spacing w:before="0" w:line="276" w:lineRule="auto"/>
        <w:ind w:right="150"/>
        <w:jc w:val="center"/>
        <w:rPr>
          <w:rFonts w:ascii="Arial" w:cs="Arial" w:eastAsia="Arial" w:hAnsi="Arial"/>
          <w:color w:val="000000"/>
          <w:sz w:val="22"/>
          <w:szCs w:val="22"/>
        </w:rPr>
      </w:pPr>
      <w:bookmarkStart w:colFirst="0" w:colLast="0" w:name="_heading=h.5vz6y9n65i8g" w:id="9"/>
      <w:bookmarkEnd w:id="9"/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INFORMAÇÕES PROFISSIONAIS DO (DA) CÔNJUGE OU COMPANHEIRO (A) (COMPRADOR)</w:t>
      </w:r>
    </w:p>
    <w:p w:rsidR="00000000" w:rsidDel="00000000" w:rsidP="00000000" w:rsidRDefault="00000000" w:rsidRPr="00000000" w14:paraId="00000051">
      <w:pPr>
        <w:spacing w:after="0" w:line="276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DA EMPRESA ______________________________________________________________________</w:t>
      </w:r>
    </w:p>
    <w:p w:rsidR="00000000" w:rsidDel="00000000" w:rsidP="00000000" w:rsidRDefault="00000000" w:rsidRPr="00000000" w14:paraId="00000052">
      <w:pPr>
        <w:spacing w:after="0" w:line="276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ENDEREÇO PROFISSIONAL _________________________________________________________________</w:t>
      </w:r>
    </w:p>
    <w:p w:rsidR="00000000" w:rsidDel="00000000" w:rsidP="00000000" w:rsidRDefault="00000000" w:rsidRPr="00000000" w14:paraId="00000053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Nº ________ BAIRRO ______________________ CIDADE ____________________ ESTADO _____________</w:t>
      </w:r>
    </w:p>
    <w:p w:rsidR="00000000" w:rsidDel="00000000" w:rsidP="00000000" w:rsidRDefault="00000000" w:rsidRPr="00000000" w14:paraId="00000054">
      <w:pPr>
        <w:spacing w:after="0" w:line="276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CEP ___________________ CONTATO ____________________________ E-MAIL ______________________</w:t>
      </w:r>
    </w:p>
    <w:p w:rsidR="00000000" w:rsidDel="00000000" w:rsidP="00000000" w:rsidRDefault="00000000" w:rsidRPr="00000000" w14:paraId="00000055">
      <w:pPr>
        <w:spacing w:after="0" w:line="276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651038890"/>
        <w:tag w:val="goog_rdk_6"/>
      </w:sdtPr>
      <w:sdtContent>
        <w:tbl>
          <w:tblPr>
            <w:tblStyle w:val="Table7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6">
                <w:pPr>
                  <w:spacing w:before="240" w:line="240" w:lineRule="auto"/>
                  <w:jc w:val="center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DADOS DO REPRESENTANTE LEGAL OU PROCURADOR (SE HOUVER):</w:t>
                </w:r>
              </w:p>
              <w:p w:rsidR="00000000" w:rsidDel="00000000" w:rsidP="00000000" w:rsidRDefault="00000000" w:rsidRPr="00000000" w14:paraId="00000057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NOME: __________________________________________________________________________________</w:t>
                </w:r>
              </w:p>
              <w:p w:rsidR="00000000" w:rsidDel="00000000" w:rsidP="00000000" w:rsidRDefault="00000000" w:rsidRPr="00000000" w14:paraId="00000058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NACIONALIDADE ______________________________ PROFISSÃO _______________________________</w:t>
                </w:r>
              </w:p>
              <w:p w:rsidR="00000000" w:rsidDel="00000000" w:rsidP="00000000" w:rsidRDefault="00000000" w:rsidRPr="00000000" w14:paraId="00000059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C.P.F. ____________________ RG _________ EMISSOR ______  ESTADO CIVIL:____________________</w:t>
                </w:r>
              </w:p>
              <w:p w:rsidR="00000000" w:rsidDel="00000000" w:rsidP="00000000" w:rsidRDefault="00000000" w:rsidRPr="00000000" w14:paraId="0000005A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CONVIVE EM UNIÃO ESTÁVEL (   )SIM / (   ) NÃO  DATA DE NASCIMENTO _______________________</w:t>
                </w:r>
              </w:p>
              <w:p w:rsidR="00000000" w:rsidDel="00000000" w:rsidP="00000000" w:rsidRDefault="00000000" w:rsidRPr="00000000" w14:paraId="0000005B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NOME DA MÃE  __________________________________________________________________________</w:t>
                </w:r>
              </w:p>
              <w:p w:rsidR="00000000" w:rsidDel="00000000" w:rsidP="00000000" w:rsidRDefault="00000000" w:rsidRPr="00000000" w14:paraId="0000005C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NOME DO PAI   ___________________________________________________________________________</w:t>
                </w:r>
              </w:p>
              <w:p w:rsidR="00000000" w:rsidDel="00000000" w:rsidP="00000000" w:rsidRDefault="00000000" w:rsidRPr="00000000" w14:paraId="0000005D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RESIDENTE E DOMICILIADO (A)_____________________________________________________________</w:t>
                </w:r>
              </w:p>
              <w:p w:rsidR="00000000" w:rsidDel="00000000" w:rsidP="00000000" w:rsidRDefault="00000000" w:rsidRPr="00000000" w14:paraId="0000005E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__________________________________________________________________________________________Nº ________ BAIRRO ______________________ CIDADE ____________________ ESTADO _____________CEP ___________________ CONTATO __________________ E-MAIL _________________</w:t>
                </w:r>
              </w:p>
            </w:tc>
          </w:tr>
        </w:tbl>
      </w:sdtContent>
    </w:sdt>
    <w:p w:rsidR="00000000" w:rsidDel="00000000" w:rsidP="00000000" w:rsidRDefault="00000000" w:rsidRPr="00000000" w14:paraId="0000005F">
      <w:pPr>
        <w:spacing w:after="0" w:before="240" w:line="276" w:lineRule="auto"/>
        <w:jc w:val="both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NA QUALIDADE DE PARTE INTERESSADA:</w:t>
      </w:r>
    </w:p>
    <w:p w:rsidR="00000000" w:rsidDel="00000000" w:rsidP="00000000" w:rsidRDefault="00000000" w:rsidRPr="00000000" w14:paraId="00000060">
      <w:pPr>
        <w:widowControl w:val="0"/>
        <w:tabs>
          <w:tab w:val="left" w:leader="none" w:pos="2092"/>
          <w:tab w:val="left" w:leader="none" w:pos="10024"/>
        </w:tabs>
        <w:spacing w:after="0" w:before="36" w:line="276" w:lineRule="auto"/>
        <w:ind w:right="428.14960629921416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Venho requerer, com fundamento na Lei Federal 6.015/73, Art. 167, I, 29 e 35, que a Vossa Senhoria se digne registrar na matrícula nº ___________________________ deste registro de imóveis, a 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INSTRUMENTO PARTICULAR COM FORÇA DE ESCRITURA PÚBLICA DE VENDA E COMPRA COM ALIENAÇÃO FIDUCIÁRIA OU ESCRITURA PÚBLICA,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datado de ______/______/_________.</w:t>
        <w:tab/>
      </w:r>
    </w:p>
    <w:p w:rsidR="00000000" w:rsidDel="00000000" w:rsidP="00000000" w:rsidRDefault="00000000" w:rsidRPr="00000000" w14:paraId="00000061">
      <w:pPr>
        <w:pStyle w:val="Heading1"/>
        <w:keepNext w:val="0"/>
        <w:keepLines w:val="0"/>
        <w:widowControl w:val="0"/>
        <w:spacing w:before="1" w:line="360" w:lineRule="auto"/>
        <w:ind w:right="428.14960629921416"/>
        <w:jc w:val="both"/>
        <w:rPr>
          <w:rFonts w:ascii="Arial" w:cs="Arial" w:eastAsia="Arial" w:hAnsi="Arial"/>
          <w:color w:val="000000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Style w:val="Heading1"/>
        <w:keepNext w:val="0"/>
        <w:keepLines w:val="0"/>
        <w:widowControl w:val="0"/>
        <w:spacing w:before="1" w:line="276" w:lineRule="auto"/>
        <w:ind w:right="428.14960629921416"/>
        <w:jc w:val="both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REQUER E AUTORIZA A VOSSA SENHORIA:</w:t>
      </w:r>
    </w:p>
    <w:p w:rsidR="00000000" w:rsidDel="00000000" w:rsidP="00000000" w:rsidRDefault="00000000" w:rsidRPr="00000000" w14:paraId="00000063">
      <w:pPr>
        <w:pStyle w:val="Heading2"/>
        <w:keepNext w:val="0"/>
        <w:keepLines w:val="0"/>
        <w:widowControl w:val="0"/>
        <w:spacing w:before="36" w:line="276" w:lineRule="auto"/>
        <w:ind w:right="428.14960629921416"/>
        <w:jc w:val="both"/>
        <w:rPr>
          <w:rFonts w:ascii="Arial" w:cs="Arial" w:eastAsia="Arial" w:hAnsi="Arial"/>
          <w:b w:val="0"/>
          <w:bCs w:val="0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18"/>
          <w:szCs w:val="18"/>
          <w:rtl w:val="0"/>
        </w:rPr>
        <w:t xml:space="preserve">A proceder a todas as averbações julgadas necessárias, de inclusão, retificação ou atualização de dados, de natureza objetiva (referente ao imóvel) ou subjetiva (referente aos proprietários), na matrícula acima ou na matrícula a ser aberta neste Ofício.</w:t>
      </w:r>
    </w:p>
    <w:p w:rsidR="00000000" w:rsidDel="00000000" w:rsidP="00000000" w:rsidRDefault="00000000" w:rsidRPr="00000000" w14:paraId="00000064">
      <w:pPr>
        <w:widowControl w:val="0"/>
        <w:spacing w:after="0" w:line="276" w:lineRule="auto"/>
        <w:ind w:right="150"/>
        <w:jc w:val="center"/>
        <w:rPr>
          <w:rFonts w:ascii="Arial" w:cs="Arial" w:eastAsia="Arial" w:hAnsi="Arial"/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widowControl w:val="0"/>
        <w:spacing w:after="0" w:line="276" w:lineRule="auto"/>
        <w:ind w:right="150"/>
        <w:jc w:val="center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DADOS PARA CADASTRO DE CLIENTES E DEMAIS ENVOLVIDOS E REGISTRO DAS OPERAÇÕES</w:t>
      </w:r>
    </w:p>
    <w:p w:rsidR="00000000" w:rsidDel="00000000" w:rsidP="00000000" w:rsidRDefault="00000000" w:rsidRPr="00000000" w14:paraId="00000066">
      <w:pPr>
        <w:widowControl w:val="0"/>
        <w:spacing w:after="0" w:before="9" w:line="276" w:lineRule="auto"/>
        <w:ind w:right="150"/>
        <w:jc w:val="center"/>
        <w:rPr>
          <w:rFonts w:ascii="Arial" w:cs="Arial" w:eastAsia="Arial" w:hAnsi="Arial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3"/>
        <w:keepNext w:val="0"/>
        <w:keepLines w:val="0"/>
        <w:widowControl w:val="0"/>
        <w:numPr>
          <w:ilvl w:val="0"/>
          <w:numId w:val="1"/>
        </w:numPr>
        <w:tabs>
          <w:tab w:val="left" w:leader="none" w:pos="1988"/>
        </w:tabs>
        <w:spacing w:before="0" w:line="276" w:lineRule="auto"/>
        <w:ind w:right="150" w:firstLine="425.1968503937008"/>
        <w:jc w:val="both"/>
        <w:rPr>
          <w:rFonts w:ascii="Arial" w:cs="Arial" w:eastAsia="Arial" w:hAnsi="Arial"/>
          <w:b w:val="1"/>
          <w:bCs w:val="1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Pessoa politicamente exposta atualmente, ou nos últimos 05 anos?  </w:t>
      </w: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18"/>
          <w:szCs w:val="18"/>
          <w:rtl w:val="0"/>
        </w:rPr>
        <w:t xml:space="preserve">Sim ☐    Não ☐ </w:t>
      </w:r>
    </w:p>
    <w:p w:rsidR="00000000" w:rsidDel="00000000" w:rsidP="00000000" w:rsidRDefault="00000000" w:rsidRPr="00000000" w14:paraId="00000068">
      <w:pPr>
        <w:widowControl w:val="0"/>
        <w:numPr>
          <w:ilvl w:val="0"/>
          <w:numId w:val="1"/>
        </w:numPr>
        <w:tabs>
          <w:tab w:val="left" w:leader="none" w:pos="1988"/>
        </w:tabs>
        <w:spacing w:after="0" w:before="4" w:line="276" w:lineRule="auto"/>
        <w:ind w:right="150" w:firstLine="425.1968503937008"/>
        <w:jc w:val="both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Familiar de pessoa exposta politicamente?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Sim ☐    Não ☐ </w:t>
      </w:r>
    </w:p>
    <w:p w:rsidR="00000000" w:rsidDel="00000000" w:rsidP="00000000" w:rsidRDefault="00000000" w:rsidRPr="00000000" w14:paraId="00000069">
      <w:pPr>
        <w:pStyle w:val="Heading3"/>
        <w:keepNext w:val="0"/>
        <w:keepLines w:val="0"/>
        <w:widowControl w:val="0"/>
        <w:numPr>
          <w:ilvl w:val="0"/>
          <w:numId w:val="1"/>
        </w:numPr>
        <w:tabs>
          <w:tab w:val="left" w:leader="none" w:pos="1988"/>
        </w:tabs>
        <w:spacing w:before="3" w:line="276" w:lineRule="auto"/>
        <w:ind w:right="150" w:firstLine="425.1968503937008"/>
        <w:jc w:val="both"/>
        <w:rPr>
          <w:rFonts w:ascii="Arial" w:cs="Arial" w:eastAsia="Arial" w:hAnsi="Arial"/>
          <w:b w:val="1"/>
          <w:bCs w:val="1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Colaborador estreito de pessoa politicamente exposta? </w:t>
      </w: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18"/>
          <w:szCs w:val="18"/>
          <w:rtl w:val="0"/>
        </w:rPr>
        <w:t xml:space="preserve">Sim ☐    Não ☐ </w:t>
      </w:r>
    </w:p>
    <w:p w:rsidR="00000000" w:rsidDel="00000000" w:rsidP="00000000" w:rsidRDefault="00000000" w:rsidRPr="00000000" w14:paraId="0000006A">
      <w:pPr>
        <w:widowControl w:val="0"/>
        <w:numPr>
          <w:ilvl w:val="0"/>
          <w:numId w:val="1"/>
        </w:numPr>
        <w:tabs>
          <w:tab w:val="left" w:leader="none" w:pos="1988"/>
        </w:tabs>
        <w:spacing w:after="0" w:before="32" w:line="276" w:lineRule="auto"/>
        <w:ind w:right="150" w:firstLine="425.1968503937008"/>
        <w:jc w:val="both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Não desejo declarar.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☐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3"/>
        <w:keepNext w:val="0"/>
        <w:keepLines w:val="0"/>
        <w:widowControl w:val="0"/>
        <w:numPr>
          <w:ilvl w:val="0"/>
          <w:numId w:val="1"/>
        </w:numPr>
        <w:tabs>
          <w:tab w:val="left" w:leader="none" w:pos="1988"/>
        </w:tabs>
        <w:spacing w:before="33" w:line="276" w:lineRule="auto"/>
        <w:ind w:right="150" w:firstLine="425.1968503937008"/>
        <w:jc w:val="both"/>
        <w:rPr>
          <w:rFonts w:ascii="Arial" w:cs="Arial" w:eastAsia="Arial" w:hAnsi="Arial"/>
          <w:b w:val="1"/>
          <w:bCs w:val="1"/>
          <w:color w:val="000000"/>
          <w:sz w:val="18"/>
          <w:szCs w:val="18"/>
        </w:rPr>
      </w:pPr>
      <w:bookmarkStart w:colFirst="0" w:colLast="0" w:name="_heading=h.yf26x3nai9yn" w:id="10"/>
      <w:bookmarkEnd w:id="10"/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Já consta as informações no titulo. </w:t>
      </w: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18"/>
          <w:szCs w:val="18"/>
          <w:rtl w:val="0"/>
        </w:rPr>
        <w:t xml:space="preserve">☐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widowControl w:val="0"/>
        <w:tabs>
          <w:tab w:val="left" w:leader="none" w:pos="804"/>
          <w:tab w:val="left" w:leader="none" w:pos="1390"/>
          <w:tab w:val="left" w:leader="none" w:pos="1793"/>
          <w:tab w:val="left" w:leader="none" w:pos="2743"/>
          <w:tab w:val="left" w:leader="none" w:pos="3218"/>
          <w:tab w:val="left" w:leader="none" w:pos="4120"/>
          <w:tab w:val="left" w:leader="none" w:pos="4691"/>
          <w:tab w:val="left" w:leader="none" w:pos="5184"/>
          <w:tab w:val="left" w:leader="none" w:pos="6107"/>
          <w:tab w:val="left" w:leader="none" w:pos="6787"/>
          <w:tab w:val="left" w:leader="none" w:pos="7592"/>
          <w:tab w:val="left" w:leader="none" w:pos="8227"/>
          <w:tab w:val="left" w:leader="none" w:pos="9371"/>
          <w:tab w:val="left" w:leader="none" w:pos="9931"/>
        </w:tabs>
        <w:spacing w:after="0" w:before="115" w:line="276" w:lineRule="auto"/>
        <w:ind w:right="150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Caso você se enquadre em qualquer uma das situações acima citadas, descreva brevemente esse fato:</w:t>
      </w:r>
    </w:p>
    <w:p w:rsidR="00000000" w:rsidDel="00000000" w:rsidP="00000000" w:rsidRDefault="00000000" w:rsidRPr="00000000" w14:paraId="0000006D">
      <w:pPr>
        <w:widowControl w:val="0"/>
        <w:tabs>
          <w:tab w:val="left" w:leader="none" w:pos="804"/>
          <w:tab w:val="left" w:leader="none" w:pos="1390"/>
          <w:tab w:val="left" w:leader="none" w:pos="1793"/>
          <w:tab w:val="left" w:leader="none" w:pos="2743"/>
          <w:tab w:val="left" w:leader="none" w:pos="3218"/>
          <w:tab w:val="left" w:leader="none" w:pos="4120"/>
          <w:tab w:val="left" w:leader="none" w:pos="4691"/>
          <w:tab w:val="left" w:leader="none" w:pos="5184"/>
          <w:tab w:val="left" w:leader="none" w:pos="6107"/>
          <w:tab w:val="left" w:leader="none" w:pos="6787"/>
          <w:tab w:val="left" w:leader="none" w:pos="7592"/>
          <w:tab w:val="left" w:leader="none" w:pos="8227"/>
          <w:tab w:val="left" w:leader="none" w:pos="9371"/>
          <w:tab w:val="left" w:leader="none" w:pos="9931"/>
        </w:tabs>
        <w:spacing w:after="0" w:before="115" w:line="276" w:lineRule="auto"/>
        <w:ind w:right="150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0"/>
        <w:tabs>
          <w:tab w:val="left" w:leader="none" w:pos="804"/>
          <w:tab w:val="left" w:leader="none" w:pos="1390"/>
          <w:tab w:val="left" w:leader="none" w:pos="1793"/>
          <w:tab w:val="left" w:leader="none" w:pos="2743"/>
          <w:tab w:val="left" w:leader="none" w:pos="3218"/>
          <w:tab w:val="left" w:leader="none" w:pos="4120"/>
          <w:tab w:val="left" w:leader="none" w:pos="4691"/>
          <w:tab w:val="left" w:leader="none" w:pos="5184"/>
          <w:tab w:val="left" w:leader="none" w:pos="6107"/>
          <w:tab w:val="left" w:leader="none" w:pos="6787"/>
          <w:tab w:val="left" w:leader="none" w:pos="7592"/>
          <w:tab w:val="left" w:leader="none" w:pos="8227"/>
          <w:tab w:val="left" w:leader="none" w:pos="9371"/>
          <w:tab w:val="left" w:leader="none" w:pos="9931"/>
        </w:tabs>
        <w:spacing w:after="0" w:before="115" w:line="276" w:lineRule="auto"/>
        <w:ind w:right="150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widowControl w:val="0"/>
        <w:spacing w:after="0" w:before="71" w:line="240" w:lineRule="auto"/>
        <w:ind w:right="569.8818897637813"/>
        <w:jc w:val="center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Informações necessárias determinadas pelos Provimentos nº 61/2017, 149/2023 e 161/2024 </w:t>
      </w:r>
    </w:p>
    <w:p w:rsidR="00000000" w:rsidDel="00000000" w:rsidP="00000000" w:rsidRDefault="00000000" w:rsidRPr="00000000" w14:paraId="00000070">
      <w:pPr>
        <w:widowControl w:val="0"/>
        <w:spacing w:after="0" w:before="71" w:line="240" w:lineRule="auto"/>
        <w:ind w:right="569.8818897637813"/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do Conselho Nacional de Justiça – CNJ</w:t>
      </w:r>
      <w:r w:rsidDel="00000000" w:rsidR="00000000" w:rsidRPr="00000000">
        <w:rPr>
          <w:rtl w:val="0"/>
        </w:rPr>
      </w:r>
    </w:p>
    <w:sdt>
      <w:sdtPr>
        <w:lock w:val="contentLocked"/>
        <w:id w:val="-400886383"/>
        <w:tag w:val="goog_rdk_7"/>
      </w:sdtPr>
      <w:sdtContent>
        <w:tbl>
          <w:tblPr>
            <w:tblStyle w:val="Table8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rHeight w:val="365.9252929687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1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  <w:sz w:val="10"/>
                    <w:szCs w:val="1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72">
      <w:pPr>
        <w:pStyle w:val="Heading1"/>
        <w:keepNext w:val="0"/>
        <w:keepLines w:val="0"/>
        <w:widowControl w:val="0"/>
        <w:spacing w:before="0" w:line="276" w:lineRule="auto"/>
        <w:ind w:right="150"/>
        <w:jc w:val="center"/>
        <w:rPr>
          <w:rFonts w:ascii="Arial" w:cs="Arial" w:eastAsia="Arial" w:hAnsi="Arial"/>
          <w:color w:val="000000"/>
          <w:sz w:val="18"/>
          <w:szCs w:val="18"/>
        </w:rPr>
      </w:pPr>
      <w:bookmarkStart w:colFirst="0" w:colLast="0" w:name="_heading=h.67jmr1icca05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Style w:val="Heading3"/>
        <w:keepNext w:val="0"/>
        <w:keepLines w:val="0"/>
        <w:widowControl w:val="0"/>
        <w:numPr>
          <w:ilvl w:val="0"/>
          <w:numId w:val="1"/>
        </w:numPr>
        <w:tabs>
          <w:tab w:val="left" w:leader="none" w:pos="1987"/>
          <w:tab w:val="left" w:leader="none" w:pos="1988"/>
        </w:tabs>
        <w:spacing w:before="63" w:line="276" w:lineRule="auto"/>
        <w:ind w:right="150" w:firstLine="425.1968503937008"/>
        <w:jc w:val="both"/>
        <w:rPr>
          <w:rFonts w:ascii="Arial" w:cs="Arial" w:eastAsia="Arial" w:hAnsi="Arial"/>
          <w:b w:val="1"/>
          <w:bCs w:val="1"/>
          <w:color w:val="000000"/>
          <w:sz w:val="18"/>
          <w:szCs w:val="18"/>
        </w:rPr>
      </w:pPr>
      <w:bookmarkStart w:colFirst="0" w:colLast="0" w:name="_heading=h.6b9zzs18djpl" w:id="12"/>
      <w:bookmarkEnd w:id="12"/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Forma de pagamento?</w:t>
      </w:r>
    </w:p>
    <w:p w:rsidR="00000000" w:rsidDel="00000000" w:rsidP="00000000" w:rsidRDefault="00000000" w:rsidRPr="00000000" w14:paraId="00000074">
      <w:pPr>
        <w:widowControl w:val="0"/>
        <w:tabs>
          <w:tab w:val="left" w:leader="none" w:pos="4459"/>
          <w:tab w:val="left" w:leader="none" w:pos="6631"/>
        </w:tabs>
        <w:spacing w:after="0" w:before="1" w:line="360" w:lineRule="auto"/>
        <w:ind w:left="425.1968503937008" w:right="144.68503937007995" w:firstLine="0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☐  Em Espécie (dinheiro vivo)</w:t>
        <w:tab/>
        <w:t xml:space="preserve">☐ Já consta no título</w:t>
      </w:r>
    </w:p>
    <w:p w:rsidR="00000000" w:rsidDel="00000000" w:rsidP="00000000" w:rsidRDefault="00000000" w:rsidRPr="00000000" w14:paraId="00000075">
      <w:pPr>
        <w:widowControl w:val="0"/>
        <w:tabs>
          <w:tab w:val="left" w:leader="none" w:pos="4459"/>
          <w:tab w:val="left" w:leader="none" w:pos="8160"/>
        </w:tabs>
        <w:spacing w:after="0" w:before="6" w:line="360" w:lineRule="auto"/>
        <w:ind w:left="425.1968503937008" w:right="150" w:firstLine="0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☐ Transferência Bancária</w:t>
        <w:tab/>
        <w:t xml:space="preserve">☐ Recuso-me a declarar                         </w:t>
      </w:r>
    </w:p>
    <w:p w:rsidR="00000000" w:rsidDel="00000000" w:rsidP="00000000" w:rsidRDefault="00000000" w:rsidRPr="00000000" w14:paraId="00000076">
      <w:pPr>
        <w:widowControl w:val="0"/>
        <w:tabs>
          <w:tab w:val="left" w:leader="none" w:pos="4459"/>
        </w:tabs>
        <w:spacing w:after="0" w:before="1" w:line="360" w:lineRule="auto"/>
        <w:ind w:left="425.1968503937008" w:right="150" w:firstLine="0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☐ Cheque</w:t>
        <w:tab/>
        <w:t xml:space="preserve">☐ Outros: ________________________________</w:t>
        <w:tab/>
        <w:tab/>
        <w:tab/>
      </w:r>
    </w:p>
    <w:p w:rsidR="00000000" w:rsidDel="00000000" w:rsidP="00000000" w:rsidRDefault="00000000" w:rsidRPr="00000000" w14:paraId="00000077">
      <w:pPr>
        <w:widowControl w:val="0"/>
        <w:tabs>
          <w:tab w:val="left" w:leader="none" w:pos="4459"/>
          <w:tab w:val="left" w:leader="none" w:pos="6631"/>
        </w:tabs>
        <w:spacing w:after="0" w:before="1" w:line="360" w:lineRule="auto"/>
        <w:ind w:left="425.1968503937008" w:right="150" w:firstLine="0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☐ Permuta</w:t>
      </w:r>
    </w:p>
    <w:p w:rsidR="00000000" w:rsidDel="00000000" w:rsidP="00000000" w:rsidRDefault="00000000" w:rsidRPr="00000000" w14:paraId="00000078">
      <w:pPr>
        <w:widowControl w:val="0"/>
        <w:tabs>
          <w:tab w:val="left" w:leader="none" w:pos="8285"/>
        </w:tabs>
        <w:spacing w:after="0" w:line="276" w:lineRule="auto"/>
        <w:ind w:left="425.1968503937008" w:right="150" w:firstLine="0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Obs: _____________________________________________________________________________________________</w:t>
        <w:tab/>
        <w:t xml:space="preserve">.</w:t>
      </w:r>
    </w:p>
    <w:p w:rsidR="00000000" w:rsidDel="00000000" w:rsidP="00000000" w:rsidRDefault="00000000" w:rsidRPr="00000000" w14:paraId="00000079">
      <w:pPr>
        <w:widowControl w:val="0"/>
        <w:spacing w:after="0" w:line="276" w:lineRule="auto"/>
        <w:ind w:left="425.1968503937008" w:right="150" w:firstLine="0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widowControl w:val="0"/>
        <w:spacing w:after="0" w:line="276" w:lineRule="auto"/>
        <w:ind w:left="425.1968503937008" w:right="150" w:firstLine="0"/>
        <w:jc w:val="both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Por fim, 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DECLARO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para todos os fins de direito que, os dados constantes neste documento, são 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VERDADEIROS.</w:t>
      </w:r>
    </w:p>
    <w:p w:rsidR="00000000" w:rsidDel="00000000" w:rsidP="00000000" w:rsidRDefault="00000000" w:rsidRPr="00000000" w14:paraId="0000007B">
      <w:pPr>
        <w:widowControl w:val="0"/>
        <w:spacing w:after="0" w:line="276" w:lineRule="auto"/>
        <w:ind w:left="425.1968503937008" w:right="150" w:firstLine="0"/>
        <w:jc w:val="both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widowControl w:val="0"/>
        <w:tabs>
          <w:tab w:val="left" w:leader="none" w:pos="7184"/>
          <w:tab w:val="left" w:leader="none" w:pos="8444"/>
          <w:tab w:val="left" w:leader="none" w:pos="9794"/>
        </w:tabs>
        <w:spacing w:after="0" w:line="240" w:lineRule="auto"/>
        <w:ind w:left="425.1968503937008" w:right="150" w:firstLine="0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Nestes termos, pede deferimento</w:t>
      </w:r>
    </w:p>
    <w:p w:rsidR="00000000" w:rsidDel="00000000" w:rsidP="00000000" w:rsidRDefault="00000000" w:rsidRPr="00000000" w14:paraId="0000007D">
      <w:pPr>
        <w:widowControl w:val="0"/>
        <w:tabs>
          <w:tab w:val="left" w:leader="none" w:pos="7398"/>
          <w:tab w:val="left" w:leader="none" w:pos="9844"/>
          <w:tab w:val="left" w:leader="none" w:pos="11433"/>
        </w:tabs>
        <w:spacing w:after="0" w:before="199" w:line="240" w:lineRule="auto"/>
        <w:ind w:left="5387" w:firstLine="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Belém (PA), ______ de ______________ de ___________________</w:t>
      </w:r>
    </w:p>
    <w:tbl>
      <w:tblPr>
        <w:tblStyle w:val="Table9"/>
        <w:tblW w:w="1161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771.535433070866"/>
        <w:gridCol w:w="6838.464566929134"/>
        <w:tblGridChange w:id="0">
          <w:tblGrid>
            <w:gridCol w:w="4771.535433070866"/>
            <w:gridCol w:w="6838.464566929134"/>
          </w:tblGrid>
        </w:tblGridChange>
      </w:tblGrid>
      <w:tr>
        <w:trPr>
          <w:cantSplit w:val="0"/>
          <w:trHeight w:val="1374.90234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______________________________</w:t>
            </w:r>
          </w:p>
          <w:p w:rsidR="00000000" w:rsidDel="00000000" w:rsidP="00000000" w:rsidRDefault="00000000" w:rsidRPr="00000000" w14:paraId="00000082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Assinatura da Parte</w:t>
            </w:r>
          </w:p>
          <w:p w:rsidR="00000000" w:rsidDel="00000000" w:rsidP="00000000" w:rsidRDefault="00000000" w:rsidRPr="00000000" w14:paraId="00000083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(Reconhecer Firma)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______________________________</w:t>
            </w:r>
          </w:p>
          <w:p w:rsidR="00000000" w:rsidDel="00000000" w:rsidP="00000000" w:rsidRDefault="00000000" w:rsidRPr="00000000" w14:paraId="00000088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Assinatura da Parte</w:t>
            </w:r>
          </w:p>
          <w:p w:rsidR="00000000" w:rsidDel="00000000" w:rsidP="00000000" w:rsidRDefault="00000000" w:rsidRPr="00000000" w14:paraId="00000089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(Reconhecer Firma)</w:t>
            </w:r>
          </w:p>
        </w:tc>
      </w:tr>
      <w:tr>
        <w:trPr>
          <w:cantSplit w:val="0"/>
          <w:trHeight w:val="989.8828124999999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______________________________</w:t>
            </w:r>
          </w:p>
          <w:p w:rsidR="00000000" w:rsidDel="00000000" w:rsidP="00000000" w:rsidRDefault="00000000" w:rsidRPr="00000000" w14:paraId="0000008E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Assinatura da Parte</w:t>
            </w:r>
          </w:p>
          <w:p w:rsidR="00000000" w:rsidDel="00000000" w:rsidP="00000000" w:rsidRDefault="00000000" w:rsidRPr="00000000" w14:paraId="0000008F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(Reconhecer Firma)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spacing w:after="0" w:line="240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______________________________</w:t>
            </w:r>
          </w:p>
          <w:p w:rsidR="00000000" w:rsidDel="00000000" w:rsidP="00000000" w:rsidRDefault="00000000" w:rsidRPr="00000000" w14:paraId="00000094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Assinatura da Parte</w:t>
            </w:r>
          </w:p>
          <w:p w:rsidR="00000000" w:rsidDel="00000000" w:rsidP="00000000" w:rsidRDefault="00000000" w:rsidRPr="00000000" w14:paraId="00000095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(Reconhecer Firma)</w:t>
            </w:r>
          </w:p>
        </w:tc>
      </w:tr>
    </w:tbl>
    <w:p w:rsidR="00000000" w:rsidDel="00000000" w:rsidP="00000000" w:rsidRDefault="00000000" w:rsidRPr="00000000" w14:paraId="00000096">
      <w:pPr>
        <w:widowControl w:val="0"/>
        <w:tabs>
          <w:tab w:val="left" w:leader="none" w:pos="7184"/>
          <w:tab w:val="left" w:leader="none" w:pos="8444"/>
          <w:tab w:val="left" w:leader="none" w:pos="9794"/>
        </w:tabs>
        <w:spacing w:after="0" w:line="240" w:lineRule="auto"/>
        <w:ind w:right="15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538.7007874015751" w:top="1700.7874015748032" w:left="425.1968503937008" w:right="764.8818897637813" w:header="5.669291338582678" w:footer="56.6929133858267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8">
    <w:pPr>
      <w:spacing w:before="200" w:line="335.99999999999994" w:lineRule="auto"/>
      <w:ind w:left="-1559.0551181102362" w:right="-1706.4566929133848" w:firstLine="0"/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-333370</wp:posOffset>
          </wp:positionH>
          <wp:positionV relativeFrom="paragraph">
            <wp:posOffset>114300</wp:posOffset>
          </wp:positionV>
          <wp:extent cx="7850063" cy="432378"/>
          <wp:effectExtent b="0" l="0" r="0" t="0"/>
          <wp:wrapNone/>
          <wp:docPr id="1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50063" cy="432378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7">
    <w:pPr>
      <w:pStyle w:val="Heading1"/>
      <w:ind w:right="-1706.4566929133848"/>
      <w:jc w:val="right"/>
      <w:rPr/>
    </w:pPr>
    <w:bookmarkStart w:colFirst="0" w:colLast="0" w:name="_heading=h.5zc047wuy6l7" w:id="13"/>
    <w:bookmarkEnd w:id="13"/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4572000</wp:posOffset>
          </wp:positionH>
          <wp:positionV relativeFrom="paragraph">
            <wp:posOffset>110705</wp:posOffset>
          </wp:positionV>
          <wp:extent cx="2832225" cy="962025"/>
          <wp:effectExtent b="0" l="0" r="0" t="0"/>
          <wp:wrapNone/>
          <wp:docPr id="1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-11881" l="50822" r="0" t="11881"/>
                  <a:stretch>
                    <a:fillRect/>
                  </a:stretch>
                </pic:blipFill>
                <pic:spPr>
                  <a:xfrm>
                    <a:off x="0" y="0"/>
                    <a:ext cx="2832225" cy="9620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</wp:posOffset>
          </wp:positionH>
          <wp:positionV relativeFrom="paragraph">
            <wp:posOffset>110705</wp:posOffset>
          </wp:positionV>
          <wp:extent cx="1641375" cy="962025"/>
          <wp:effectExtent b="0" l="0" r="0" t="0"/>
          <wp:wrapNone/>
          <wp:docPr id="1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71611" t="0"/>
                  <a:stretch>
                    <a:fillRect/>
                  </a:stretch>
                </pic:blipFill>
                <pic:spPr>
                  <a:xfrm>
                    <a:off x="0" y="0"/>
                    <a:ext cx="1641375" cy="9620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988" w:hanging="1562.8031496062993"/>
      </w:pPr>
      <w:rPr>
        <w:u w:val="none"/>
      </w:rPr>
    </w:lvl>
    <w:lvl w:ilvl="1">
      <w:start w:val="0"/>
      <w:numFmt w:val="lowerLetter"/>
      <w:lvlText w:val="%2."/>
      <w:lvlJc w:val="left"/>
      <w:pPr>
        <w:ind w:left="2842" w:hanging="360"/>
      </w:pPr>
      <w:rPr>
        <w:u w:val="none"/>
      </w:rPr>
    </w:lvl>
    <w:lvl w:ilvl="2">
      <w:start w:val="0"/>
      <w:numFmt w:val="lowerRoman"/>
      <w:lvlText w:val="%3."/>
      <w:lvlJc w:val="right"/>
      <w:pPr>
        <w:ind w:left="3705" w:hanging="360"/>
      </w:pPr>
      <w:rPr>
        <w:u w:val="none"/>
      </w:rPr>
    </w:lvl>
    <w:lvl w:ilvl="3">
      <w:start w:val="0"/>
      <w:numFmt w:val="decimal"/>
      <w:lvlText w:val="%4."/>
      <w:lvlJc w:val="left"/>
      <w:pPr>
        <w:ind w:left="4567" w:hanging="360"/>
      </w:pPr>
      <w:rPr>
        <w:u w:val="none"/>
      </w:rPr>
    </w:lvl>
    <w:lvl w:ilvl="4">
      <w:start w:val="0"/>
      <w:numFmt w:val="lowerLetter"/>
      <w:lvlText w:val="%5."/>
      <w:lvlJc w:val="left"/>
      <w:pPr>
        <w:ind w:left="5430" w:hanging="360"/>
      </w:pPr>
      <w:rPr>
        <w:u w:val="none"/>
      </w:rPr>
    </w:lvl>
    <w:lvl w:ilvl="5">
      <w:start w:val="0"/>
      <w:numFmt w:val="lowerRoman"/>
      <w:lvlText w:val="%6."/>
      <w:lvlJc w:val="right"/>
      <w:pPr>
        <w:ind w:left="6293" w:hanging="360"/>
      </w:pPr>
      <w:rPr>
        <w:u w:val="none"/>
      </w:rPr>
    </w:lvl>
    <w:lvl w:ilvl="6">
      <w:start w:val="0"/>
      <w:numFmt w:val="decimal"/>
      <w:lvlText w:val="%7."/>
      <w:lvlJc w:val="left"/>
      <w:pPr>
        <w:ind w:left="7155" w:hanging="360"/>
      </w:pPr>
      <w:rPr>
        <w:u w:val="none"/>
      </w:rPr>
    </w:lvl>
    <w:lvl w:ilvl="7">
      <w:start w:val="0"/>
      <w:numFmt w:val="lowerLetter"/>
      <w:lvlText w:val="%8."/>
      <w:lvlJc w:val="left"/>
      <w:pPr>
        <w:ind w:left="8018" w:hanging="360"/>
      </w:pPr>
      <w:rPr>
        <w:u w:val="none"/>
      </w:rPr>
    </w:lvl>
    <w:lvl w:ilvl="8">
      <w:start w:val="0"/>
      <w:numFmt w:val="lowerRoman"/>
      <w:lvlText w:val="%9."/>
      <w:lvlJc w:val="right"/>
      <w:pPr>
        <w:ind w:left="8881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aqYaP5MjYNFWCzwvVU9Zry664Q==">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