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Ao Sr. Oficial de Registro de Imóveis do 2º Serviço de Registro de Imóveis de Belém/PA</w:t>
      </w:r>
    </w:p>
    <w:p w:rsidR="00000000" w:rsidDel="00000000" w:rsidP="00000000" w:rsidRDefault="00000000" w:rsidRPr="00000000" w14:paraId="00000002">
      <w:pPr>
        <w:pStyle w:val="Heading1"/>
        <w:spacing w:before="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REQUERIMENTO DE REGISTRO DE TÍTULO DE TRANSFERÊNCIA DE PROPRIEDADE NOS TERMOS DOS </w:t>
      </w:r>
    </w:p>
    <w:p w:rsidR="00000000" w:rsidDel="00000000" w:rsidP="00000000" w:rsidRDefault="00000000" w:rsidRPr="00000000" w14:paraId="00000003">
      <w:pPr>
        <w:pStyle w:val="Heading1"/>
        <w:spacing w:before="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PROVIMENTOS Nº 61/2017, 149/2023 E 161/2024 DO CONSELHO NACIONAL DE JUSTIÇA – CNJ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widowControl w:val="0"/>
        <w:spacing w:before="1" w:line="276" w:lineRule="auto"/>
        <w:ind w:right="150"/>
        <w:jc w:val="center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bookmarkStart w:colFirst="0" w:colLast="0" w:name="_heading=h.f23dpi6t5xd4" w:id="0"/>
      <w:bookmarkEnd w:id="0"/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DADOS PESSOAIS DA PARTE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07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08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 EMISSOR:______  ESTADO CIVIL ____________________</w:t>
      </w:r>
    </w:p>
    <w:p w:rsidR="00000000" w:rsidDel="00000000" w:rsidP="00000000" w:rsidRDefault="00000000" w:rsidRPr="00000000" w14:paraId="00000009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0A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0B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0C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0D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0E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0F">
      <w:pPr>
        <w:keepLines w:val="0"/>
        <w:spacing w:after="0" w:before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1005496991"/>
        <w:tag w:val="goog_rdk_0"/>
      </w:sdtPr>
      <w:sdtContent>
        <w:tbl>
          <w:tblPr>
            <w:tblStyle w:val="Table1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1">
      <w:pPr>
        <w:pStyle w:val="Heading1"/>
        <w:keepNext w:val="0"/>
        <w:keepLines w:val="0"/>
        <w:widowControl w:val="0"/>
        <w:spacing w:before="0" w:line="276" w:lineRule="auto"/>
        <w:ind w:right="150"/>
        <w:jc w:val="center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bookmarkStart w:colFirst="0" w:colLast="0" w:name="_heading=h.91dxnuyjpzbg" w:id="1"/>
      <w:bookmarkEnd w:id="1"/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INFORMAÇÕES PROFISSIONAIS DA PARTE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EMPRESA ______________________________________________________________________</w:t>
      </w:r>
    </w:p>
    <w:p w:rsidR="00000000" w:rsidDel="00000000" w:rsidP="00000000" w:rsidRDefault="00000000" w:rsidRPr="00000000" w14:paraId="00000013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ENDEREÇO PROFISSIONAL _________________________________________________________________</w:t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15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-1593883333"/>
        <w:tag w:val="goog_rdk_1"/>
      </w:sdtPr>
      <w:sdtContent>
        <w:tbl>
          <w:tblPr>
            <w:tblStyle w:val="Table2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widowControl w:val="0"/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7">
      <w:pPr>
        <w:pStyle w:val="Heading1"/>
        <w:keepNext w:val="0"/>
        <w:keepLines w:val="0"/>
        <w:widowControl w:val="0"/>
        <w:spacing w:before="0" w:line="276" w:lineRule="auto"/>
        <w:ind w:right="150"/>
        <w:jc w:val="center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1bof8im3xpct" w:id="2"/>
      <w:bookmarkEnd w:id="2"/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DADOS PESSOAIS DO (DA) CÔNJUGE OU COMPANHEIRO (A)</w:t>
      </w:r>
    </w:p>
    <w:p w:rsidR="00000000" w:rsidDel="00000000" w:rsidP="00000000" w:rsidRDefault="00000000" w:rsidRPr="00000000" w14:paraId="00000018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19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1A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 EMISSOR:______  ESTADO CIVIL ____________________</w:t>
      </w:r>
    </w:p>
    <w:p w:rsidR="00000000" w:rsidDel="00000000" w:rsidP="00000000" w:rsidRDefault="00000000" w:rsidRPr="00000000" w14:paraId="0000001B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1C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1D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1E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1F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20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21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1922692075"/>
        <w:tag w:val="goog_rdk_2"/>
      </w:sdtPr>
      <w:sdtContent>
        <w:tbl>
          <w:tblPr>
            <w:tblStyle w:val="Table3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widowControl w:val="0"/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3">
      <w:pPr>
        <w:pStyle w:val="Heading1"/>
        <w:keepNext w:val="0"/>
        <w:keepLines w:val="0"/>
        <w:widowControl w:val="0"/>
        <w:spacing w:before="0" w:line="276" w:lineRule="auto"/>
        <w:ind w:right="150"/>
        <w:jc w:val="center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xplsfqk13wgo" w:id="3"/>
      <w:bookmarkEnd w:id="3"/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INFORMAÇÕES PROFISSIONAIS DO (DA) CÔNJUGE OU COMPANHEIRO (A)</w:t>
      </w:r>
    </w:p>
    <w:p w:rsidR="00000000" w:rsidDel="00000000" w:rsidP="00000000" w:rsidRDefault="00000000" w:rsidRPr="00000000" w14:paraId="00000024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EMPRESA ______________________________________________________________________</w:t>
      </w:r>
    </w:p>
    <w:p w:rsidR="00000000" w:rsidDel="00000000" w:rsidP="00000000" w:rsidRDefault="00000000" w:rsidRPr="00000000" w14:paraId="00000025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ENDEREÇO PROFISSIONAL _________________________________________________________________</w:t>
      </w:r>
    </w:p>
    <w:p w:rsidR="00000000" w:rsidDel="00000000" w:rsidP="00000000" w:rsidRDefault="00000000" w:rsidRPr="00000000" w14:paraId="00000026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27">
      <w:pPr>
        <w:spacing w:after="0" w:line="276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631820304"/>
        <w:tag w:val="goog_rdk_3"/>
      </w:sdtPr>
      <w:sdtContent>
        <w:tbl>
          <w:tblPr>
            <w:tblStyle w:val="Table4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widowControl w:val="0"/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9">
      <w:pPr>
        <w:pStyle w:val="Heading1"/>
        <w:keepNext w:val="0"/>
        <w:keepLines w:val="0"/>
        <w:widowControl w:val="0"/>
        <w:spacing w:before="0" w:line="276" w:lineRule="auto"/>
        <w:ind w:right="150"/>
        <w:jc w:val="center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it4n4prikhme" w:id="4"/>
      <w:bookmarkEnd w:id="4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keepNext w:val="0"/>
        <w:keepLines w:val="0"/>
        <w:widowControl w:val="0"/>
        <w:spacing w:before="1" w:line="276" w:lineRule="auto"/>
        <w:ind w:right="150"/>
        <w:jc w:val="center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ebpl5hk8jl81" w:id="5"/>
      <w:bookmarkEnd w:id="5"/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PESSOA JURÍDICA (COMPRADOR)</w:t>
      </w:r>
    </w:p>
    <w:p w:rsidR="00000000" w:rsidDel="00000000" w:rsidP="00000000" w:rsidRDefault="00000000" w:rsidRPr="00000000" w14:paraId="0000002B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RAZÃO SOCIAL ____________________________________________________________________________</w:t>
      </w:r>
    </w:p>
    <w:p w:rsidR="00000000" w:rsidDel="00000000" w:rsidP="00000000" w:rsidRDefault="00000000" w:rsidRPr="00000000" w14:paraId="0000002C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CNPJ/MF ________________________________ NOME FANTASIA: _________________________________</w:t>
      </w:r>
    </w:p>
    <w:p w:rsidR="00000000" w:rsidDel="00000000" w:rsidP="00000000" w:rsidRDefault="00000000" w:rsidRPr="00000000" w14:paraId="0000002D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ENDEREÇO DA SEDE _______________________________________________________________________</w:t>
      </w:r>
    </w:p>
    <w:p w:rsidR="00000000" w:rsidDel="00000000" w:rsidP="00000000" w:rsidRDefault="00000000" w:rsidRPr="00000000" w14:paraId="0000002E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2F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201277841"/>
        <w:tag w:val="goog_rdk_4"/>
      </w:sdtPr>
      <w:sdtContent>
        <w:tbl>
          <w:tblPr>
            <w:tblStyle w:val="Table5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spacing w:before="24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DADOS DO SÓCIO OU REPRESENTANTE LEGAL/PROCURADOR (SE HOUVER):</w:t>
                </w:r>
              </w:p>
              <w:p w:rsidR="00000000" w:rsidDel="00000000" w:rsidP="00000000" w:rsidRDefault="00000000" w:rsidRPr="00000000" w14:paraId="00000031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NOME: __________________________________________________________________________________</w:t>
                </w:r>
              </w:p>
              <w:p w:rsidR="00000000" w:rsidDel="00000000" w:rsidP="00000000" w:rsidRDefault="00000000" w:rsidRPr="00000000" w14:paraId="00000032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NACIONALIDADE ______________________________ PROFISSÃO _______________________________</w:t>
                </w:r>
              </w:p>
              <w:p w:rsidR="00000000" w:rsidDel="00000000" w:rsidP="00000000" w:rsidRDefault="00000000" w:rsidRPr="00000000" w14:paraId="00000033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C.P.F. ____________________ RG _________ EMISSOR:______  ESTADO CIVIL:____________________</w:t>
                </w:r>
              </w:p>
              <w:p w:rsidR="00000000" w:rsidDel="00000000" w:rsidP="00000000" w:rsidRDefault="00000000" w:rsidRPr="00000000" w14:paraId="00000034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CONVIVE EM UNIÃO ESTÁVEL (   )SIM / (   ) NÃO  DATA DE NASCIMENTO _______________________</w:t>
                </w:r>
              </w:p>
              <w:p w:rsidR="00000000" w:rsidDel="00000000" w:rsidP="00000000" w:rsidRDefault="00000000" w:rsidRPr="00000000" w14:paraId="00000035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NOME DA MÃE  __________________________________________________________________________</w:t>
                </w:r>
              </w:p>
              <w:p w:rsidR="00000000" w:rsidDel="00000000" w:rsidP="00000000" w:rsidRDefault="00000000" w:rsidRPr="00000000" w14:paraId="00000036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NOME DO PAI   ___________________________________________________________________________</w:t>
                </w:r>
              </w:p>
              <w:p w:rsidR="00000000" w:rsidDel="00000000" w:rsidP="00000000" w:rsidRDefault="00000000" w:rsidRPr="00000000" w14:paraId="00000037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RESIDENTE E DOMICILIADO (A)_____________________________________________________________</w:t>
                </w:r>
              </w:p>
              <w:p w:rsidR="00000000" w:rsidDel="00000000" w:rsidP="00000000" w:rsidRDefault="00000000" w:rsidRPr="00000000" w14:paraId="00000038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__________________________________________________________________________________________Nº ________ BAIRRO ______________________ CIDADE ____________________ ESTADO _____________CEP ___________________ CONTATO __________________ E-MAIL _________________</w:t>
                </w:r>
              </w:p>
            </w:tc>
          </w:tr>
        </w:tbl>
      </w:sdtContent>
    </w:sdt>
    <w:p w:rsidR="00000000" w:rsidDel="00000000" w:rsidP="00000000" w:rsidRDefault="00000000" w:rsidRPr="00000000" w14:paraId="00000039">
      <w:pPr>
        <w:pStyle w:val="Heading1"/>
        <w:keepNext w:val="0"/>
        <w:keepLines w:val="0"/>
        <w:widowControl w:val="0"/>
        <w:spacing w:before="1" w:line="276" w:lineRule="auto"/>
        <w:ind w:right="150"/>
        <w:jc w:val="center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4ezg53yucaz9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1"/>
        <w:keepNext w:val="0"/>
        <w:keepLines w:val="0"/>
        <w:widowControl w:val="0"/>
        <w:spacing w:before="1" w:line="276" w:lineRule="auto"/>
        <w:ind w:right="150"/>
        <w:jc w:val="center"/>
        <w:rPr>
          <w:rFonts w:ascii="Arial" w:cs="Arial" w:eastAsia="Arial" w:hAnsi="Arial"/>
          <w:color w:val="000000"/>
          <w:sz w:val="22"/>
          <w:szCs w:val="22"/>
        </w:rPr>
      </w:pPr>
      <w:bookmarkStart w:colFirst="0" w:colLast="0" w:name="_heading=h.636hbjcb07rk" w:id="7"/>
      <w:bookmarkEnd w:id="7"/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PESSOA JURÍDICA (VENDEDOR)</w:t>
      </w:r>
    </w:p>
    <w:p w:rsidR="00000000" w:rsidDel="00000000" w:rsidP="00000000" w:rsidRDefault="00000000" w:rsidRPr="00000000" w14:paraId="0000003B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RAZÃO SOCIAL ____________________________________________________________________________</w:t>
      </w:r>
    </w:p>
    <w:p w:rsidR="00000000" w:rsidDel="00000000" w:rsidP="00000000" w:rsidRDefault="00000000" w:rsidRPr="00000000" w14:paraId="0000003C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CNPJ/MF ________________________________ NOME FANTASIA: _________________________________</w:t>
      </w:r>
    </w:p>
    <w:p w:rsidR="00000000" w:rsidDel="00000000" w:rsidP="00000000" w:rsidRDefault="00000000" w:rsidRPr="00000000" w14:paraId="0000003D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ENDEREÇO DA SEDE _______________________________________________________________________</w:t>
      </w:r>
    </w:p>
    <w:p w:rsidR="00000000" w:rsidDel="00000000" w:rsidP="00000000" w:rsidRDefault="00000000" w:rsidRPr="00000000" w14:paraId="0000003E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3F">
      <w:pPr>
        <w:spacing w:after="0" w:line="276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-1917970944"/>
        <w:tag w:val="goog_rdk_5"/>
      </w:sdtPr>
      <w:sdtContent>
        <w:tbl>
          <w:tblPr>
            <w:tblStyle w:val="Table6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widowControl w:val="0"/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1">
                <w:pPr>
                  <w:spacing w:before="240" w:line="240" w:lineRule="auto"/>
                  <w:jc w:val="center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DADOS DO SÓCIO OU REPRESENTANTE LEGAL/PROCURADOR (SE HOUVER):</w:t>
                </w:r>
              </w:p>
              <w:p w:rsidR="00000000" w:rsidDel="00000000" w:rsidP="00000000" w:rsidRDefault="00000000" w:rsidRPr="00000000" w14:paraId="00000042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NOME: __________________________________________________________________________________</w:t>
                </w:r>
              </w:p>
              <w:p w:rsidR="00000000" w:rsidDel="00000000" w:rsidP="00000000" w:rsidRDefault="00000000" w:rsidRPr="00000000" w14:paraId="00000043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NACIONALIDADE ______________________________ PROFISSÃO _______________________________</w:t>
                </w:r>
              </w:p>
              <w:p w:rsidR="00000000" w:rsidDel="00000000" w:rsidP="00000000" w:rsidRDefault="00000000" w:rsidRPr="00000000" w14:paraId="00000044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C.P.F. ____________________ RG _________ EMISSOR:______  ESTADO CIVIL:____________________</w:t>
                </w:r>
              </w:p>
              <w:p w:rsidR="00000000" w:rsidDel="00000000" w:rsidP="00000000" w:rsidRDefault="00000000" w:rsidRPr="00000000" w14:paraId="00000045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CONVIVE EM UNIÃO ESTÁVEL (   )SIM / (   ) NÃO  DATA DE NASCIMENTO _______________________</w:t>
                </w:r>
              </w:p>
              <w:p w:rsidR="00000000" w:rsidDel="00000000" w:rsidP="00000000" w:rsidRDefault="00000000" w:rsidRPr="00000000" w14:paraId="00000046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NOME DA MÃE  __________________________________________________________________________</w:t>
                </w:r>
              </w:p>
              <w:p w:rsidR="00000000" w:rsidDel="00000000" w:rsidP="00000000" w:rsidRDefault="00000000" w:rsidRPr="00000000" w14:paraId="00000047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NOME DO PAI   ___________________________________________________________________________</w:t>
                </w:r>
              </w:p>
              <w:p w:rsidR="00000000" w:rsidDel="00000000" w:rsidP="00000000" w:rsidRDefault="00000000" w:rsidRPr="00000000" w14:paraId="00000048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RESIDENTE E DOMICILIADO (A)_____________________________________________________________</w:t>
                </w:r>
              </w:p>
              <w:p w:rsidR="00000000" w:rsidDel="00000000" w:rsidP="00000000" w:rsidRDefault="00000000" w:rsidRPr="00000000" w14:paraId="00000049">
                <w:pPr>
                  <w:spacing w:after="0" w:line="276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rtl w:val="0"/>
                  </w:rPr>
                  <w:t xml:space="preserve">__________________________________________________________________________________________Nº ________ BAIRRO ______________________ CIDADE ____________________ ESTADO _____________CEP ___________________ CONTATO __________________ E-MAIL _________________</w:t>
                </w:r>
              </w:p>
            </w:tc>
          </w:tr>
        </w:tbl>
      </w:sdtContent>
    </w:sdt>
    <w:p w:rsidR="00000000" w:rsidDel="00000000" w:rsidP="00000000" w:rsidRDefault="00000000" w:rsidRPr="00000000" w14:paraId="0000004A">
      <w:pPr>
        <w:pStyle w:val="Heading1"/>
        <w:keepNext w:val="0"/>
        <w:keepLines w:val="0"/>
        <w:widowControl w:val="0"/>
        <w:spacing w:before="0" w:line="276" w:lineRule="auto"/>
        <w:ind w:right="428.14960629921416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keepNext w:val="0"/>
        <w:keepLines w:val="0"/>
        <w:widowControl w:val="0"/>
        <w:spacing w:before="0" w:line="276" w:lineRule="auto"/>
        <w:ind w:right="428.14960629921416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NA QUALIDADE DE PARTE INTERESSADA:</w:t>
      </w:r>
    </w:p>
    <w:p w:rsidR="00000000" w:rsidDel="00000000" w:rsidP="00000000" w:rsidRDefault="00000000" w:rsidRPr="00000000" w14:paraId="0000004C">
      <w:pPr>
        <w:widowControl w:val="0"/>
        <w:tabs>
          <w:tab w:val="left" w:leader="none" w:pos="2092"/>
          <w:tab w:val="left" w:leader="none" w:pos="10024"/>
        </w:tabs>
        <w:spacing w:after="0" w:before="36" w:line="276" w:lineRule="auto"/>
        <w:ind w:right="428.14960629921416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Venho requerer, com fundamento na Lei Federal 6.015/73, Art. 167, I, 29 e 35, que a Vossa Senhoria se digne registrar na matrícula nº ___________________________ deste registro de imóveis, a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INSTRUMENTO PARTICULAR COM FORÇA DE ESCRITURA PÚBLICA DE VENDA E COMPRA COM ALIENAÇÃO FIDUCIÁRIA OU ESCRITURA PÚBLICA,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datado de ______/______/_________.</w:t>
        <w:tab/>
      </w:r>
    </w:p>
    <w:p w:rsidR="00000000" w:rsidDel="00000000" w:rsidP="00000000" w:rsidRDefault="00000000" w:rsidRPr="00000000" w14:paraId="0000004D">
      <w:pPr>
        <w:pStyle w:val="Heading1"/>
        <w:keepNext w:val="0"/>
        <w:keepLines w:val="0"/>
        <w:widowControl w:val="0"/>
        <w:spacing w:before="1" w:line="360" w:lineRule="auto"/>
        <w:ind w:right="428.14960629921416"/>
        <w:jc w:val="both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1"/>
        <w:keepNext w:val="0"/>
        <w:keepLines w:val="0"/>
        <w:widowControl w:val="0"/>
        <w:spacing w:before="1" w:line="276" w:lineRule="auto"/>
        <w:ind w:right="428.14960629921416"/>
        <w:jc w:val="both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REQUER E AUTORIZA A VOSSA SENHORIA:</w:t>
      </w:r>
    </w:p>
    <w:p w:rsidR="00000000" w:rsidDel="00000000" w:rsidP="00000000" w:rsidRDefault="00000000" w:rsidRPr="00000000" w14:paraId="0000004F">
      <w:pPr>
        <w:pStyle w:val="Heading2"/>
        <w:keepNext w:val="0"/>
        <w:keepLines w:val="0"/>
        <w:widowControl w:val="0"/>
        <w:spacing w:before="36" w:line="276" w:lineRule="auto"/>
        <w:ind w:right="428.14960629921416"/>
        <w:jc w:val="both"/>
        <w:rPr>
          <w:rFonts w:ascii="Arial" w:cs="Arial" w:eastAsia="Arial" w:hAnsi="Arial"/>
          <w:b w:val="0"/>
          <w:bCs w:val="0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A proceder a todas as averbações julgadas necessárias, de inclusão, retificação ou atualização de dados, de natureza objetiva (referente ao imóvel) ou subjetiva (referente aos proprietários), na matrícula acima ou na matrícula a ser aberta neste Ofício.</w:t>
      </w:r>
    </w:p>
    <w:p w:rsidR="00000000" w:rsidDel="00000000" w:rsidP="00000000" w:rsidRDefault="00000000" w:rsidRPr="00000000" w14:paraId="00000050">
      <w:pPr>
        <w:widowControl w:val="0"/>
        <w:spacing w:after="0" w:line="276" w:lineRule="auto"/>
        <w:ind w:right="150"/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after="0" w:line="276" w:lineRule="auto"/>
        <w:ind w:right="150"/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DADOS PARA CADASTRO DE CLIENTES E DEMAIS ENVOLVIDOS E REGISTRO DAS OPERAÇÕES</w:t>
      </w:r>
    </w:p>
    <w:p w:rsidR="00000000" w:rsidDel="00000000" w:rsidP="00000000" w:rsidRDefault="00000000" w:rsidRPr="00000000" w14:paraId="00000052">
      <w:pPr>
        <w:widowControl w:val="0"/>
        <w:spacing w:after="0" w:before="9" w:line="276" w:lineRule="auto"/>
        <w:ind w:right="15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3"/>
        <w:keepNext w:val="0"/>
        <w:keepLines w:val="0"/>
        <w:widowControl w:val="0"/>
        <w:numPr>
          <w:ilvl w:val="0"/>
          <w:numId w:val="1"/>
        </w:numPr>
        <w:tabs>
          <w:tab w:val="left" w:leader="none" w:pos="1988"/>
        </w:tabs>
        <w:spacing w:before="0" w:line="276" w:lineRule="auto"/>
        <w:ind w:left="1988" w:right="150" w:firstLine="425.19685039370074"/>
        <w:jc w:val="both"/>
        <w:rPr>
          <w:rFonts w:ascii="Arial" w:cs="Arial" w:eastAsia="Arial" w:hAnsi="Arial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Pessoa politicamente exposta atualmente, ou nos últimos 05 anos? 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Sim ☐    Não ☐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numPr>
          <w:ilvl w:val="0"/>
          <w:numId w:val="1"/>
        </w:numPr>
        <w:tabs>
          <w:tab w:val="left" w:leader="none" w:pos="1988"/>
        </w:tabs>
        <w:spacing w:after="0" w:before="4" w:line="276" w:lineRule="auto"/>
        <w:ind w:left="1988" w:right="150" w:firstLine="425.19685039370074"/>
        <w:jc w:val="both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Familiar de pessoa exposta politicamente?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Sim ☐    Não ☐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3"/>
        <w:keepNext w:val="0"/>
        <w:keepLines w:val="0"/>
        <w:widowControl w:val="0"/>
        <w:numPr>
          <w:ilvl w:val="0"/>
          <w:numId w:val="1"/>
        </w:numPr>
        <w:tabs>
          <w:tab w:val="left" w:leader="none" w:pos="1988"/>
        </w:tabs>
        <w:spacing w:before="3" w:line="276" w:lineRule="auto"/>
        <w:ind w:left="1988" w:right="150" w:firstLine="425.19685039370074"/>
        <w:jc w:val="both"/>
        <w:rPr>
          <w:rFonts w:ascii="Arial" w:cs="Arial" w:eastAsia="Arial" w:hAnsi="Arial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Colaborador estreito de pessoa politicamente exposta?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Sim ☐    Não ☐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numPr>
          <w:ilvl w:val="0"/>
          <w:numId w:val="1"/>
        </w:numPr>
        <w:tabs>
          <w:tab w:val="left" w:leader="none" w:pos="1988"/>
        </w:tabs>
        <w:spacing w:after="0" w:before="32" w:line="276" w:lineRule="auto"/>
        <w:ind w:left="1988" w:right="150" w:firstLine="425.19685039370074"/>
        <w:jc w:val="both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Não desejo declarar.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☐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3"/>
        <w:keepNext w:val="0"/>
        <w:keepLines w:val="0"/>
        <w:widowControl w:val="0"/>
        <w:numPr>
          <w:ilvl w:val="0"/>
          <w:numId w:val="1"/>
        </w:numPr>
        <w:tabs>
          <w:tab w:val="left" w:leader="none" w:pos="1988"/>
        </w:tabs>
        <w:spacing w:before="33" w:line="276" w:lineRule="auto"/>
        <w:ind w:left="1988" w:right="150" w:firstLine="425.19685039370074"/>
        <w:jc w:val="both"/>
        <w:rPr>
          <w:rFonts w:ascii="Arial" w:cs="Arial" w:eastAsia="Arial" w:hAnsi="Arial"/>
          <w:b w:val="1"/>
          <w:bCs w:val="1"/>
          <w:color w:val="000000"/>
          <w:sz w:val="18"/>
          <w:szCs w:val="18"/>
        </w:rPr>
      </w:pPr>
      <w:bookmarkStart w:colFirst="0" w:colLast="0" w:name="_heading=h.yf26x3nai9yn" w:id="8"/>
      <w:bookmarkEnd w:id="8"/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Já consta as informações no titulo. </w:t>
      </w: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☐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tabs>
          <w:tab w:val="left" w:leader="none" w:pos="804"/>
          <w:tab w:val="left" w:leader="none" w:pos="1390"/>
          <w:tab w:val="left" w:leader="none" w:pos="1793"/>
          <w:tab w:val="left" w:leader="none" w:pos="2743"/>
          <w:tab w:val="left" w:leader="none" w:pos="3218"/>
          <w:tab w:val="left" w:leader="none" w:pos="4120"/>
          <w:tab w:val="left" w:leader="none" w:pos="4691"/>
          <w:tab w:val="left" w:leader="none" w:pos="5184"/>
          <w:tab w:val="left" w:leader="none" w:pos="6107"/>
          <w:tab w:val="left" w:leader="none" w:pos="6787"/>
          <w:tab w:val="left" w:leader="none" w:pos="7592"/>
          <w:tab w:val="left" w:leader="none" w:pos="8227"/>
          <w:tab w:val="left" w:leader="none" w:pos="9371"/>
          <w:tab w:val="left" w:leader="none" w:pos="9931"/>
        </w:tabs>
        <w:spacing w:after="0" w:before="115" w:line="276" w:lineRule="auto"/>
        <w:ind w:right="15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Caso você se enquadre em qualquer uma das situações acima citadas, descreva brevemente esse fato:</w:t>
      </w:r>
    </w:p>
    <w:p w:rsidR="00000000" w:rsidDel="00000000" w:rsidP="00000000" w:rsidRDefault="00000000" w:rsidRPr="00000000" w14:paraId="00000059">
      <w:pPr>
        <w:widowControl w:val="0"/>
        <w:tabs>
          <w:tab w:val="left" w:leader="none" w:pos="804"/>
          <w:tab w:val="left" w:leader="none" w:pos="1390"/>
          <w:tab w:val="left" w:leader="none" w:pos="1793"/>
          <w:tab w:val="left" w:leader="none" w:pos="2743"/>
          <w:tab w:val="left" w:leader="none" w:pos="3218"/>
          <w:tab w:val="left" w:leader="none" w:pos="4120"/>
          <w:tab w:val="left" w:leader="none" w:pos="4691"/>
          <w:tab w:val="left" w:leader="none" w:pos="5184"/>
          <w:tab w:val="left" w:leader="none" w:pos="6107"/>
          <w:tab w:val="left" w:leader="none" w:pos="6787"/>
          <w:tab w:val="left" w:leader="none" w:pos="7592"/>
          <w:tab w:val="left" w:leader="none" w:pos="8227"/>
          <w:tab w:val="left" w:leader="none" w:pos="9371"/>
          <w:tab w:val="left" w:leader="none" w:pos="9931"/>
        </w:tabs>
        <w:spacing w:after="0" w:before="115" w:line="276" w:lineRule="auto"/>
        <w:ind w:right="15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tabs>
          <w:tab w:val="left" w:leader="none" w:pos="804"/>
          <w:tab w:val="left" w:leader="none" w:pos="1390"/>
          <w:tab w:val="left" w:leader="none" w:pos="1793"/>
          <w:tab w:val="left" w:leader="none" w:pos="2743"/>
          <w:tab w:val="left" w:leader="none" w:pos="3218"/>
          <w:tab w:val="left" w:leader="none" w:pos="4120"/>
          <w:tab w:val="left" w:leader="none" w:pos="4691"/>
          <w:tab w:val="left" w:leader="none" w:pos="5184"/>
          <w:tab w:val="left" w:leader="none" w:pos="6107"/>
          <w:tab w:val="left" w:leader="none" w:pos="6787"/>
          <w:tab w:val="left" w:leader="none" w:pos="7592"/>
          <w:tab w:val="left" w:leader="none" w:pos="8227"/>
          <w:tab w:val="left" w:leader="none" w:pos="9371"/>
          <w:tab w:val="left" w:leader="none" w:pos="9931"/>
        </w:tabs>
        <w:spacing w:after="0" w:before="115" w:line="276" w:lineRule="auto"/>
        <w:ind w:right="15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after="0" w:before="71" w:line="240" w:lineRule="auto"/>
        <w:ind w:right="569.8818897637813"/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Informações necessárias determinadas pelos Provimentos nº 61/2017, 149/2023 e 161/2024 </w:t>
      </w:r>
    </w:p>
    <w:p w:rsidR="00000000" w:rsidDel="00000000" w:rsidP="00000000" w:rsidRDefault="00000000" w:rsidRPr="00000000" w14:paraId="0000005C">
      <w:pPr>
        <w:widowControl w:val="0"/>
        <w:spacing w:after="0" w:before="71" w:line="240" w:lineRule="auto"/>
        <w:ind w:right="569.8818897637813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do Conselho Nacional de Justiça – CNJ</w:t>
      </w:r>
      <w:r w:rsidDel="00000000" w:rsidR="00000000" w:rsidRPr="00000000">
        <w:rPr>
          <w:rtl w:val="0"/>
        </w:rPr>
      </w:r>
    </w:p>
    <w:sdt>
      <w:sdtPr>
        <w:lock w:val="contentLocked"/>
        <w:id w:val="-1379990920"/>
        <w:tag w:val="goog_rdk_6"/>
      </w:sdtPr>
      <w:sdtContent>
        <w:tbl>
          <w:tblPr>
            <w:tblStyle w:val="Table7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rHeight w:val="365.92529296875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E">
      <w:pPr>
        <w:pStyle w:val="Heading1"/>
        <w:keepNext w:val="0"/>
        <w:keepLines w:val="0"/>
        <w:widowControl w:val="0"/>
        <w:spacing w:before="0" w:line="276" w:lineRule="auto"/>
        <w:ind w:right="150"/>
        <w:jc w:val="center"/>
        <w:rPr>
          <w:rFonts w:ascii="Arial" w:cs="Arial" w:eastAsia="Arial" w:hAnsi="Arial"/>
          <w:color w:val="000000"/>
          <w:sz w:val="18"/>
          <w:szCs w:val="18"/>
        </w:rPr>
      </w:pPr>
      <w:bookmarkStart w:colFirst="0" w:colLast="0" w:name="_heading=h.67jmr1icca05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3"/>
        <w:keepNext w:val="0"/>
        <w:keepLines w:val="0"/>
        <w:widowControl w:val="0"/>
        <w:numPr>
          <w:ilvl w:val="0"/>
          <w:numId w:val="1"/>
        </w:numPr>
        <w:tabs>
          <w:tab w:val="left" w:leader="none" w:pos="1987"/>
          <w:tab w:val="left" w:leader="none" w:pos="1988"/>
        </w:tabs>
        <w:spacing w:before="63" w:line="276" w:lineRule="auto"/>
        <w:ind w:left="1988" w:right="150" w:firstLine="425.19685039370074"/>
        <w:jc w:val="both"/>
        <w:rPr>
          <w:rFonts w:ascii="Arial" w:cs="Arial" w:eastAsia="Arial" w:hAnsi="Arial"/>
          <w:b w:val="1"/>
          <w:bCs w:val="1"/>
          <w:color w:val="000000"/>
          <w:sz w:val="18"/>
          <w:szCs w:val="18"/>
        </w:rPr>
      </w:pPr>
      <w:bookmarkStart w:colFirst="0" w:colLast="0" w:name="_heading=h.6b9zzs18djpl" w:id="10"/>
      <w:bookmarkEnd w:id="10"/>
      <w:r w:rsidDel="00000000" w:rsidR="00000000" w:rsidRPr="00000000">
        <w:rPr>
          <w:rFonts w:ascii="Arial" w:cs="Arial" w:eastAsia="Arial" w:hAnsi="Arial"/>
          <w:color w:val="000000"/>
          <w:sz w:val="18"/>
          <w:szCs w:val="18"/>
          <w:rtl w:val="0"/>
        </w:rPr>
        <w:t xml:space="preserve">Forma de pagamento?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tabs>
          <w:tab w:val="left" w:leader="none" w:pos="4459"/>
          <w:tab w:val="left" w:leader="none" w:pos="6631"/>
        </w:tabs>
        <w:spacing w:after="0" w:before="1" w:line="360" w:lineRule="auto"/>
        <w:ind w:left="425.1968503937008" w:right="144.68503937007995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☐  Em Espécie (dinheiro vivo)</w:t>
        <w:tab/>
        <w:t xml:space="preserve">☐ Já consta no título</w:t>
      </w:r>
    </w:p>
    <w:p w:rsidR="00000000" w:rsidDel="00000000" w:rsidP="00000000" w:rsidRDefault="00000000" w:rsidRPr="00000000" w14:paraId="00000061">
      <w:pPr>
        <w:widowControl w:val="0"/>
        <w:tabs>
          <w:tab w:val="left" w:leader="none" w:pos="4459"/>
          <w:tab w:val="left" w:leader="none" w:pos="8160"/>
        </w:tabs>
        <w:spacing w:after="0" w:before="6" w:line="360" w:lineRule="auto"/>
        <w:ind w:left="425.1968503937008" w:right="15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☐ Transferência Bancária</w:t>
        <w:tab/>
        <w:t xml:space="preserve">☐ Recuso-me a declarar                         </w:t>
      </w:r>
    </w:p>
    <w:p w:rsidR="00000000" w:rsidDel="00000000" w:rsidP="00000000" w:rsidRDefault="00000000" w:rsidRPr="00000000" w14:paraId="00000062">
      <w:pPr>
        <w:widowControl w:val="0"/>
        <w:tabs>
          <w:tab w:val="left" w:leader="none" w:pos="4459"/>
        </w:tabs>
        <w:spacing w:after="0" w:before="1" w:line="360" w:lineRule="auto"/>
        <w:ind w:left="425.1968503937008" w:right="15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☐ Cheque</w:t>
        <w:tab/>
        <w:t xml:space="preserve">☐ Outros: ________________________________</w:t>
        <w:tab/>
        <w:tab/>
        <w:tab/>
      </w:r>
    </w:p>
    <w:p w:rsidR="00000000" w:rsidDel="00000000" w:rsidP="00000000" w:rsidRDefault="00000000" w:rsidRPr="00000000" w14:paraId="00000063">
      <w:pPr>
        <w:widowControl w:val="0"/>
        <w:tabs>
          <w:tab w:val="left" w:leader="none" w:pos="4459"/>
          <w:tab w:val="left" w:leader="none" w:pos="6631"/>
        </w:tabs>
        <w:spacing w:after="0" w:before="1" w:line="360" w:lineRule="auto"/>
        <w:ind w:left="425.1968503937008" w:right="15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☐ Permuta</w:t>
      </w:r>
    </w:p>
    <w:p w:rsidR="00000000" w:rsidDel="00000000" w:rsidP="00000000" w:rsidRDefault="00000000" w:rsidRPr="00000000" w14:paraId="00000064">
      <w:pPr>
        <w:widowControl w:val="0"/>
        <w:tabs>
          <w:tab w:val="left" w:leader="none" w:pos="8285"/>
        </w:tabs>
        <w:spacing w:after="0" w:line="276" w:lineRule="auto"/>
        <w:ind w:left="425.1968503937008" w:right="15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Obs: _____________________________________________________________________________________________</w:t>
        <w:tab/>
        <w:t xml:space="preserve">.</w:t>
      </w:r>
    </w:p>
    <w:p w:rsidR="00000000" w:rsidDel="00000000" w:rsidP="00000000" w:rsidRDefault="00000000" w:rsidRPr="00000000" w14:paraId="00000065">
      <w:pPr>
        <w:widowControl w:val="0"/>
        <w:spacing w:after="0" w:line="276" w:lineRule="auto"/>
        <w:ind w:left="425.1968503937008" w:right="15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0"/>
        <w:spacing w:after="0" w:line="276" w:lineRule="auto"/>
        <w:ind w:left="425.1968503937008" w:right="150" w:firstLine="0"/>
        <w:jc w:val="both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Por fim,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DECLARO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para todos os fins de direito que, os dados constantes neste documento, são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VERDADEIROS.</w:t>
      </w:r>
    </w:p>
    <w:p w:rsidR="00000000" w:rsidDel="00000000" w:rsidP="00000000" w:rsidRDefault="00000000" w:rsidRPr="00000000" w14:paraId="00000067">
      <w:pPr>
        <w:widowControl w:val="0"/>
        <w:spacing w:after="0" w:line="276" w:lineRule="auto"/>
        <w:ind w:left="425.1968503937008" w:right="150" w:firstLine="0"/>
        <w:jc w:val="both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tabs>
          <w:tab w:val="left" w:leader="none" w:pos="7184"/>
          <w:tab w:val="left" w:leader="none" w:pos="8444"/>
          <w:tab w:val="left" w:leader="none" w:pos="9794"/>
        </w:tabs>
        <w:spacing w:after="0" w:line="240" w:lineRule="auto"/>
        <w:ind w:left="425.1968503937008" w:right="150" w:firstLine="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Nestes termos, pede deferimento</w:t>
      </w:r>
    </w:p>
    <w:p w:rsidR="00000000" w:rsidDel="00000000" w:rsidP="00000000" w:rsidRDefault="00000000" w:rsidRPr="00000000" w14:paraId="00000069">
      <w:pPr>
        <w:widowControl w:val="0"/>
        <w:tabs>
          <w:tab w:val="left" w:leader="none" w:pos="7398"/>
          <w:tab w:val="left" w:leader="none" w:pos="9844"/>
          <w:tab w:val="left" w:leader="none" w:pos="11433"/>
        </w:tabs>
        <w:spacing w:after="0" w:before="199" w:line="240" w:lineRule="auto"/>
        <w:ind w:left="5387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Belém (PA), ______ de ______________ de ___________________</w:t>
      </w:r>
    </w:p>
    <w:tbl>
      <w:tblPr>
        <w:tblStyle w:val="Table8"/>
        <w:tblW w:w="116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771.535433070866"/>
        <w:gridCol w:w="6838.464566929134"/>
        <w:tblGridChange w:id="0">
          <w:tblGrid>
            <w:gridCol w:w="4771.535433070866"/>
            <w:gridCol w:w="6838.464566929134"/>
          </w:tblGrid>
        </w:tblGridChange>
      </w:tblGrid>
      <w:tr>
        <w:trPr>
          <w:cantSplit w:val="0"/>
          <w:trHeight w:val="1374.90234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06E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Assinatura da Parte</w:t>
            </w:r>
          </w:p>
          <w:p w:rsidR="00000000" w:rsidDel="00000000" w:rsidP="00000000" w:rsidRDefault="00000000" w:rsidRPr="00000000" w14:paraId="0000006F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(Reconhecer Firma)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074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Assinatura da Parte</w:t>
            </w:r>
          </w:p>
          <w:p w:rsidR="00000000" w:rsidDel="00000000" w:rsidP="00000000" w:rsidRDefault="00000000" w:rsidRPr="00000000" w14:paraId="00000075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(Reconhecer Firma)</w:t>
            </w:r>
          </w:p>
        </w:tc>
      </w:tr>
      <w:tr>
        <w:trPr>
          <w:cantSplit w:val="0"/>
          <w:trHeight w:val="989.8828124999999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07A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Assinatura da Parte</w:t>
            </w:r>
          </w:p>
          <w:p w:rsidR="00000000" w:rsidDel="00000000" w:rsidP="00000000" w:rsidRDefault="00000000" w:rsidRPr="00000000" w14:paraId="0000007B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(Reconhecer Firma)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pacing w:after="0" w:line="240" w:lineRule="auto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08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Assinatura da Parte</w:t>
            </w:r>
          </w:p>
          <w:p w:rsidR="00000000" w:rsidDel="00000000" w:rsidP="00000000" w:rsidRDefault="00000000" w:rsidRPr="00000000" w14:paraId="00000081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(Reconhecer Firma)</w:t>
            </w:r>
          </w:p>
        </w:tc>
      </w:tr>
    </w:tbl>
    <w:p w:rsidR="00000000" w:rsidDel="00000000" w:rsidP="00000000" w:rsidRDefault="00000000" w:rsidRPr="00000000" w14:paraId="00000082">
      <w:pPr>
        <w:widowControl w:val="0"/>
        <w:tabs>
          <w:tab w:val="left" w:leader="none" w:pos="7184"/>
          <w:tab w:val="left" w:leader="none" w:pos="8444"/>
          <w:tab w:val="left" w:leader="none" w:pos="9794"/>
        </w:tabs>
        <w:spacing w:after="0" w:line="240" w:lineRule="auto"/>
        <w:ind w:right="15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538.7007874015751" w:top="1700.7874015748032" w:left="425.1968503937008" w:right="764.8818897637813" w:header="5.669291338582678" w:footer="56.692913385826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spacing w:before="200" w:line="335.99999999999994" w:lineRule="auto"/>
      <w:ind w:left="-1559.0551181102362" w:right="-1706.4566929133848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-333368</wp:posOffset>
          </wp:positionH>
          <wp:positionV relativeFrom="paragraph">
            <wp:posOffset>114300</wp:posOffset>
          </wp:positionV>
          <wp:extent cx="7850063" cy="432378"/>
          <wp:effectExtent b="0" l="0" r="0" t="0"/>
          <wp:wrapNone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0063" cy="43237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pStyle w:val="Heading1"/>
      <w:ind w:right="-1706.4566929133848"/>
      <w:jc w:val="right"/>
      <w:rPr/>
    </w:pPr>
    <w:bookmarkStart w:colFirst="0" w:colLast="0" w:name="_heading=h.5zc047wuy6l7" w:id="11"/>
    <w:bookmarkEnd w:id="11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4572000</wp:posOffset>
          </wp:positionH>
          <wp:positionV relativeFrom="paragraph">
            <wp:posOffset>110706</wp:posOffset>
          </wp:positionV>
          <wp:extent cx="2832225" cy="962025"/>
          <wp:effectExtent b="0" l="0" r="0" t="0"/>
          <wp:wrapNone/>
          <wp:docPr id="1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-11881" l="50822" r="0" t="11881"/>
                  <a:stretch>
                    <a:fillRect/>
                  </a:stretch>
                </pic:blipFill>
                <pic:spPr>
                  <a:xfrm>
                    <a:off x="0" y="0"/>
                    <a:ext cx="2832225" cy="9620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110706</wp:posOffset>
          </wp:positionV>
          <wp:extent cx="1641375" cy="962025"/>
          <wp:effectExtent b="0" l="0" r="0" t="0"/>
          <wp:wrapNone/>
          <wp:docPr id="1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71611" t="0"/>
                  <a:stretch>
                    <a:fillRect/>
                  </a:stretch>
                </pic:blipFill>
                <pic:spPr>
                  <a:xfrm>
                    <a:off x="0" y="0"/>
                    <a:ext cx="1641375" cy="9620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988" w:hanging="1562.8031496062993"/>
      </w:pPr>
      <w:rPr>
        <w:u w:val="none"/>
      </w:rPr>
    </w:lvl>
    <w:lvl w:ilvl="1">
      <w:start w:val="0"/>
      <w:numFmt w:val="lowerLetter"/>
      <w:lvlText w:val="%2."/>
      <w:lvlJc w:val="left"/>
      <w:pPr>
        <w:ind w:left="2842" w:hanging="360"/>
      </w:pPr>
      <w:rPr>
        <w:u w:val="none"/>
      </w:rPr>
    </w:lvl>
    <w:lvl w:ilvl="2">
      <w:start w:val="0"/>
      <w:numFmt w:val="lowerRoman"/>
      <w:lvlText w:val="%3."/>
      <w:lvlJc w:val="right"/>
      <w:pPr>
        <w:ind w:left="3705" w:hanging="360"/>
      </w:pPr>
      <w:rPr>
        <w:u w:val="none"/>
      </w:rPr>
    </w:lvl>
    <w:lvl w:ilvl="3">
      <w:start w:val="0"/>
      <w:numFmt w:val="decimal"/>
      <w:lvlText w:val="%4."/>
      <w:lvlJc w:val="left"/>
      <w:pPr>
        <w:ind w:left="4567" w:hanging="360"/>
      </w:pPr>
      <w:rPr>
        <w:u w:val="none"/>
      </w:rPr>
    </w:lvl>
    <w:lvl w:ilvl="4">
      <w:start w:val="0"/>
      <w:numFmt w:val="lowerLetter"/>
      <w:lvlText w:val="%5."/>
      <w:lvlJc w:val="left"/>
      <w:pPr>
        <w:ind w:left="5430" w:hanging="360"/>
      </w:pPr>
      <w:rPr>
        <w:u w:val="none"/>
      </w:rPr>
    </w:lvl>
    <w:lvl w:ilvl="5">
      <w:start w:val="0"/>
      <w:numFmt w:val="lowerRoman"/>
      <w:lvlText w:val="%6."/>
      <w:lvlJc w:val="right"/>
      <w:pPr>
        <w:ind w:left="6293" w:hanging="360"/>
      </w:pPr>
      <w:rPr>
        <w:u w:val="none"/>
      </w:rPr>
    </w:lvl>
    <w:lvl w:ilvl="6">
      <w:start w:val="0"/>
      <w:numFmt w:val="decimal"/>
      <w:lvlText w:val="%7."/>
      <w:lvlJc w:val="left"/>
      <w:pPr>
        <w:ind w:left="7155" w:hanging="360"/>
      </w:pPr>
      <w:rPr>
        <w:u w:val="none"/>
      </w:rPr>
    </w:lvl>
    <w:lvl w:ilvl="7">
      <w:start w:val="0"/>
      <w:numFmt w:val="lowerLetter"/>
      <w:lvlText w:val="%8."/>
      <w:lvlJc w:val="left"/>
      <w:pPr>
        <w:ind w:left="8018" w:hanging="360"/>
      </w:pPr>
      <w:rPr>
        <w:u w:val="none"/>
      </w:rPr>
    </w:lvl>
    <w:lvl w:ilvl="8">
      <w:start w:val="0"/>
      <w:numFmt w:val="lowerRoman"/>
      <w:lvlText w:val="%9."/>
      <w:lvlJc w:val="right"/>
      <w:pPr>
        <w:ind w:left="8881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pFzPUNVdc7VLTBsoIBTX4Oq6dw==">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