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before="0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DECLARAÇÃO DE DISPENSA </w:t>
      </w:r>
    </w:p>
    <w:p w:rsidR="00000000" w:rsidDel="00000000" w:rsidP="00000000" w:rsidRDefault="00000000" w:rsidRPr="00000000" w14:paraId="00000002">
      <w:pPr>
        <w:pStyle w:val="Heading1"/>
        <w:spacing w:before="0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DE ESPECIALIZAÇÃO </w:t>
      </w:r>
    </w:p>
    <w:p w:rsidR="00000000" w:rsidDel="00000000" w:rsidP="00000000" w:rsidRDefault="00000000" w:rsidRPr="00000000" w14:paraId="00000003">
      <w:pPr>
        <w:pStyle w:val="Heading1"/>
        <w:spacing w:before="0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spacing w:before="0" w:lineRule="auto"/>
        <w:jc w:val="center"/>
        <w:rPr/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ILMO. SENHOR OFICIAL DO 2º REGISTRO DE IMÓVEIS DA COMARCA DE BELÉM/PA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spacing w:before="0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</w:p>
    <w:p w:rsidR="00000000" w:rsidDel="00000000" w:rsidP="00000000" w:rsidRDefault="00000000" w:rsidRPr="00000000" w14:paraId="00000006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____________________________________________________________________________________</w:t>
      </w:r>
    </w:p>
    <w:p w:rsidR="00000000" w:rsidDel="00000000" w:rsidP="00000000" w:rsidRDefault="00000000" w:rsidRPr="00000000" w14:paraId="00000007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NACIONALIDADE ________________________________ PROFISSÃO _______________________________</w:t>
      </w:r>
    </w:p>
    <w:p w:rsidR="00000000" w:rsidDel="00000000" w:rsidP="00000000" w:rsidRDefault="00000000" w:rsidRPr="00000000" w14:paraId="00000008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C.P.F. _______________________ RG ______________________ ESTADO CIVIL _______________________</w:t>
      </w:r>
    </w:p>
    <w:p w:rsidR="00000000" w:rsidDel="00000000" w:rsidP="00000000" w:rsidRDefault="00000000" w:rsidRPr="00000000" w14:paraId="00000009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CONVIVE EM UNIÃO ESTÁVEL (   )SIM / (   ) NÃO          DATA DE NASCIMENTO _______________________</w:t>
      </w:r>
    </w:p>
    <w:p w:rsidR="00000000" w:rsidDel="00000000" w:rsidP="00000000" w:rsidRDefault="00000000" w:rsidRPr="00000000" w14:paraId="0000000A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DA MÃE  ____________________________________________________________________________</w:t>
      </w:r>
    </w:p>
    <w:p w:rsidR="00000000" w:rsidDel="00000000" w:rsidP="00000000" w:rsidRDefault="00000000" w:rsidRPr="00000000" w14:paraId="0000000B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DO PAI    ____________________________________________________________________________</w:t>
      </w:r>
    </w:p>
    <w:p w:rsidR="00000000" w:rsidDel="00000000" w:rsidP="00000000" w:rsidRDefault="00000000" w:rsidRPr="00000000" w14:paraId="0000000C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RESIDENTE E DOMICILIADO (A) ______________________________________________________________</w:t>
      </w:r>
    </w:p>
    <w:p w:rsidR="00000000" w:rsidDel="00000000" w:rsidP="00000000" w:rsidRDefault="00000000" w:rsidRPr="00000000" w14:paraId="0000000D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__________________________________________________________________________________________</w:t>
      </w:r>
    </w:p>
    <w:p w:rsidR="00000000" w:rsidDel="00000000" w:rsidP="00000000" w:rsidRDefault="00000000" w:rsidRPr="00000000" w14:paraId="0000000E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Nº ________ BAIRRO ______________________ CIDADE ____________________ ESTADO _____________</w:t>
      </w:r>
    </w:p>
    <w:p w:rsidR="00000000" w:rsidDel="00000000" w:rsidP="00000000" w:rsidRDefault="00000000" w:rsidRPr="00000000" w14:paraId="0000000F">
      <w:pPr>
        <w:spacing w:after="0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CEP ___________________ CONTATO ____________________________ E-MAIL ______________________</w:t>
      </w:r>
    </w:p>
    <w:sdt>
      <w:sdtPr>
        <w:lock w:val="contentLocked"/>
        <w:id w:val="685599014"/>
        <w:tag w:val="goog_rdk_0"/>
      </w:sdtPr>
      <w:sdtContent>
        <w:tbl>
          <w:tblPr>
            <w:tblStyle w:val="Table1"/>
            <w:tblW w:w="11051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1051"/>
            <w:tblGridChange w:id="0">
              <w:tblGrid>
                <w:gridCol w:w="11051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dashed"/>
                  <w:right w:color="000000" w:space="0" w:sz="0" w:val="nil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0">
                <w:pPr>
                  <w:widowControl w:val="0"/>
                  <w:spacing w:after="0" w:lineRule="auto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1">
      <w:pPr>
        <w:widowControl w:val="0"/>
        <w:spacing w:after="0" w:line="344.8329162597656" w:lineRule="auto"/>
        <w:ind w:left="157.6799774169922" w:right="0.418701171875" w:firstLine="11.280059814453125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0"/>
        <w:spacing w:after="0" w:line="344.8329162597656" w:lineRule="auto"/>
        <w:ind w:left="157.6799774169922" w:right="0.418701171875" w:firstLine="11.280059814453125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Declaro que fui informado da pendência da nota e que são atos obrigatórios para registro, contudo para este momento solicito a averbação do processo de ______________________________________ e a dispensa dos seguintes atos: </w:t>
      </w:r>
    </w:p>
    <w:p w:rsidR="00000000" w:rsidDel="00000000" w:rsidP="00000000" w:rsidRDefault="00000000" w:rsidRPr="00000000" w14:paraId="00000013">
      <w:pPr>
        <w:widowControl w:val="0"/>
        <w:spacing w:after="0" w:line="344.8329162597656" w:lineRule="auto"/>
        <w:ind w:left="157.6799774169922" w:right="0.418701171875" w:firstLine="11.280059814453125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after="0" w:line="344.8329162597656" w:lineRule="auto"/>
        <w:ind w:left="157.6799774169922" w:right="0.418701171875" w:firstLine="11.280059814453125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5">
      <w:pPr>
        <w:widowControl w:val="0"/>
        <w:spacing w:after="0" w:line="344.8329162597656" w:lineRule="auto"/>
        <w:ind w:left="157.6799774169922" w:right="0.418701171875" w:firstLine="11.280059814453125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after="0" w:line="344.8329162597656" w:lineRule="auto"/>
        <w:ind w:left="157.6799774169922" w:right="0.418701171875" w:firstLine="11.280059814453125"/>
        <w:jc w:val="center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after="0" w:line="344.8329162597656" w:lineRule="auto"/>
        <w:ind w:left="157.6799774169922" w:right="0.418701171875" w:firstLine="11.280059814453125"/>
        <w:jc w:val="right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Belém (PA),_____/_____/_____. </w:t>
      </w:r>
    </w:p>
    <w:p w:rsidR="00000000" w:rsidDel="00000000" w:rsidP="00000000" w:rsidRDefault="00000000" w:rsidRPr="00000000" w14:paraId="00000018">
      <w:pPr>
        <w:widowControl w:val="0"/>
        <w:spacing w:after="0" w:before="13.5894775390625" w:line="240" w:lineRule="auto"/>
        <w:ind w:right="3905.9271240234375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spacing w:after="0" w:before="13.5894775390625" w:line="240" w:lineRule="auto"/>
        <w:ind w:right="3905.9271240234375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ASSINATURA: _________________________________</w:t>
      </w:r>
    </w:p>
    <w:p w:rsidR="00000000" w:rsidDel="00000000" w:rsidP="00000000" w:rsidRDefault="00000000" w:rsidRPr="00000000" w14:paraId="0000001A">
      <w:pPr>
        <w:widowControl w:val="0"/>
        <w:spacing w:after="0" w:before="13.5894775390625" w:line="240" w:lineRule="auto"/>
        <w:ind w:left="2160" w:right="3905.9271240234375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(reconhecer firma)</w:t>
      </w:r>
    </w:p>
    <w:p w:rsidR="00000000" w:rsidDel="00000000" w:rsidP="00000000" w:rsidRDefault="00000000" w:rsidRPr="00000000" w14:paraId="0000001B">
      <w:pPr>
        <w:widowControl w:val="0"/>
        <w:spacing w:after="0" w:before="13.5894775390625" w:line="240" w:lineRule="auto"/>
        <w:ind w:left="2160" w:right="3905.9271240234375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spacing w:after="0" w:before="13.5894775390625" w:line="240" w:lineRule="auto"/>
        <w:ind w:left="2160" w:right="3905.9271240234375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0"/>
        <w:spacing w:after="0" w:before="13.5894775390625" w:line="240" w:lineRule="auto"/>
        <w:ind w:right="3905.9271240234375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ASSINATURA: _________________________________</w:t>
      </w:r>
    </w:p>
    <w:p w:rsidR="00000000" w:rsidDel="00000000" w:rsidP="00000000" w:rsidRDefault="00000000" w:rsidRPr="00000000" w14:paraId="0000001E">
      <w:pPr>
        <w:widowControl w:val="0"/>
        <w:spacing w:after="0" w:before="13.5894775390625" w:line="240" w:lineRule="auto"/>
        <w:ind w:left="2160" w:right="3905.9271240234375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(reconhecer firma)</w:t>
      </w:r>
    </w:p>
    <w:sectPr>
      <w:headerReference r:id="rId7" w:type="default"/>
      <w:footerReference r:id="rId8" w:type="default"/>
      <w:pgSz w:h="15840" w:w="12240" w:orient="portrait"/>
      <w:pgMar w:bottom="538.7007874015751" w:top="1700.7874015748032" w:left="425.1968503937008" w:right="764.8818897637813" w:header="5.669291338582678" w:footer="56.6929133858267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spacing w:before="200" w:line="335.99999999999994" w:lineRule="auto"/>
      <w:ind w:left="-1559.0551181102362" w:right="-1706.4566929133848" w:firstLine="0"/>
      <w:jc w:val="center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-333357</wp:posOffset>
          </wp:positionH>
          <wp:positionV relativeFrom="paragraph">
            <wp:posOffset>114300</wp:posOffset>
          </wp:positionV>
          <wp:extent cx="7850063" cy="432378"/>
          <wp:effectExtent b="0" l="0" r="0" t="0"/>
          <wp:wrapNone/>
          <wp:docPr id="4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850063" cy="432378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pStyle w:val="Heading1"/>
      <w:ind w:right="-1706.4566929133848"/>
      <w:jc w:val="right"/>
      <w:rPr/>
    </w:pPr>
    <w:bookmarkStart w:colFirst="0" w:colLast="0" w:name="_heading=h.5zc047wuy6l7" w:id="0"/>
    <w:bookmarkEnd w:id="0"/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4572000</wp:posOffset>
          </wp:positionH>
          <wp:positionV relativeFrom="paragraph">
            <wp:posOffset>110717</wp:posOffset>
          </wp:positionV>
          <wp:extent cx="2832225" cy="962025"/>
          <wp:effectExtent b="0" l="0" r="0" t="0"/>
          <wp:wrapNone/>
          <wp:docPr id="4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-11881" l="50822" r="0" t="11881"/>
                  <a:stretch>
                    <a:fillRect/>
                  </a:stretch>
                </pic:blipFill>
                <pic:spPr>
                  <a:xfrm>
                    <a:off x="0" y="0"/>
                    <a:ext cx="2832225" cy="9620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15</wp:posOffset>
          </wp:positionH>
          <wp:positionV relativeFrom="paragraph">
            <wp:posOffset>110717</wp:posOffset>
          </wp:positionV>
          <wp:extent cx="1641375" cy="962025"/>
          <wp:effectExtent b="0" l="0" r="0" t="0"/>
          <wp:wrapNone/>
          <wp:docPr id="4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71611" t="0"/>
                  <a:stretch>
                    <a:fillRect/>
                  </a:stretch>
                </pic:blipFill>
                <pic:spPr>
                  <a:xfrm>
                    <a:off x="0" y="0"/>
                    <a:ext cx="1641375" cy="96202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7bv2mPWUpYnPztzHLBbl7YerbWA==">CgMxLjAaHwoBMBIaChgICVIUChJ0YWJsZS52a3BnNmpvaG56c3cyDmguNXpjMDQ3d3V5Nmw3OAByITFLM0xNUE1mVzM4TDhHcWtwaGtHSmI5WXlSdlBfU1llYw==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