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REQUERIMENTO DE CERTIDÃO</w:t>
      </w:r>
    </w:p>
    <w:p w:rsidR="00000000" w:rsidDel="00000000" w:rsidP="00000000" w:rsidRDefault="00000000" w:rsidRPr="00000000" w14:paraId="00000002">
      <w:pPr>
        <w:spacing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   )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APRESENTANTE </w:t>
        <w:tab/>
        <w:tab/>
        <w:tab/>
        <w:t xml:space="preserve"> (   ) DADOS DA PARTE INTERESSADA</w:t>
      </w:r>
    </w:p>
    <w:p w:rsidR="00000000" w:rsidDel="00000000" w:rsidP="00000000" w:rsidRDefault="00000000" w:rsidRPr="00000000" w14:paraId="00000003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5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06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7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A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C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937536119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E">
      <w:pPr>
        <w:spacing w:after="0" w:line="288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widowControl w:val="0"/>
        <w:tabs>
          <w:tab w:val="left" w:leader="none" w:pos="684"/>
        </w:tabs>
        <w:spacing w:before="50" w:line="240" w:lineRule="auto"/>
        <w:ind w:left="285" w:right="99.68503937007995" w:firstLine="0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37g3e4r7y3a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INTEIRO TEOR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widowControl w:val="0"/>
        <w:tabs>
          <w:tab w:val="left" w:leader="none" w:pos="684"/>
        </w:tabs>
        <w:spacing w:before="50" w:line="240" w:lineRule="auto"/>
        <w:ind w:left="285" w:right="99.68503937007995" w:firstLine="0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74zp7ar3k11k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PROPRIEDADE (NEGATIVA DE ÔNUS/AÇÕES)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widowControl w:val="0"/>
        <w:tabs>
          <w:tab w:val="left" w:leader="none" w:pos="1274"/>
        </w:tabs>
        <w:spacing w:before="93" w:line="240" w:lineRule="auto"/>
        <w:ind w:left="285" w:right="99.68503937007995" w:firstLine="0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z5z0s9qik19h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CADEIA DOMINIAL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widowControl w:val="0"/>
        <w:tabs>
          <w:tab w:val="left" w:leader="none" w:pos="1274"/>
        </w:tabs>
        <w:spacing w:before="93" w:line="240" w:lineRule="auto"/>
        <w:ind w:left="285" w:right="99.68503937007995" w:firstLine="0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lmloroeq5sfv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VINTENÁRIA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widowControl w:val="0"/>
        <w:tabs>
          <w:tab w:val="left" w:leader="none" w:pos="1274"/>
        </w:tabs>
        <w:spacing w:before="93" w:line="240" w:lineRule="auto"/>
        <w:ind w:left="285" w:right="99.68503937007995" w:firstLine="0"/>
        <w:rPr>
          <w:rFonts w:ascii="Arial" w:cs="Arial" w:eastAsia="Arial" w:hAnsi="Arial"/>
          <w:b w:val="0"/>
          <w:bCs w:val="0"/>
          <w:color w:val="000000"/>
          <w:sz w:val="20"/>
          <w:szCs w:val="20"/>
        </w:rPr>
      </w:pPr>
      <w:bookmarkStart w:colFirst="0" w:colLast="0" w:name="_heading=h.ej98lm4rgqut" w:id="4"/>
      <w:bookmarkEnd w:id="4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BUSCA POR NOME: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0"/>
          <w:szCs w:val="20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widowControl w:val="0"/>
        <w:tabs>
          <w:tab w:val="left" w:leader="none" w:pos="1274"/>
        </w:tabs>
        <w:spacing w:before="93" w:line="240" w:lineRule="auto"/>
        <w:ind w:left="285" w:right="99.68503937007995" w:firstLine="0"/>
        <w:rPr>
          <w:rFonts w:ascii="Arial" w:cs="Arial" w:eastAsia="Arial" w:hAnsi="Arial"/>
          <w:b w:val="0"/>
          <w:bCs w:val="0"/>
          <w:color w:val="000000"/>
          <w:sz w:val="20"/>
          <w:szCs w:val="20"/>
        </w:rPr>
      </w:pPr>
      <w:bookmarkStart w:colFirst="0" w:colLast="0" w:name="_heading=h.kdlz4csyj6t3" w:id="5"/>
      <w:bookmarkEnd w:id="5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BUSCA POR ENDEREÇO: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0"/>
          <w:szCs w:val="20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widowControl w:val="0"/>
        <w:tabs>
          <w:tab w:val="left" w:leader="none" w:pos="1274"/>
        </w:tabs>
        <w:spacing w:before="93" w:line="360" w:lineRule="auto"/>
        <w:ind w:left="285" w:right="105" w:firstLine="0"/>
        <w:rPr>
          <w:rFonts w:ascii="Arial" w:cs="Arial" w:eastAsia="Arial" w:hAnsi="Arial"/>
          <w:b w:val="0"/>
          <w:bCs w:val="0"/>
          <w:color w:val="000000"/>
          <w:sz w:val="20"/>
          <w:szCs w:val="20"/>
        </w:rPr>
      </w:pPr>
      <w:bookmarkStart w:colFirst="0" w:colLast="0" w:name="_heading=h.wnmxhrqd3r2t" w:id="6"/>
      <w:bookmarkEnd w:id="6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DOCUMENTOS ARQUIVADOS: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widowControl w:val="0"/>
        <w:tabs>
          <w:tab w:val="left" w:leader="none" w:pos="1274"/>
        </w:tabs>
        <w:spacing w:before="93" w:line="240" w:lineRule="auto"/>
        <w:ind w:left="285" w:right="99.68503937007995" w:firstLine="0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t4alhatctde1" w:id="7"/>
      <w:bookmarkEnd w:id="7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      ) REGISTRO NO LIVRO 3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widowControl w:val="0"/>
        <w:tabs>
          <w:tab w:val="left" w:leader="none" w:pos="643"/>
          <w:tab w:val="left" w:leader="none" w:pos="6355"/>
          <w:tab w:val="left" w:leader="none" w:pos="9313"/>
          <w:tab w:val="left" w:leader="none" w:pos="11329"/>
          <w:tab w:val="left" w:leader="none" w:pos="11404"/>
        </w:tabs>
        <w:spacing w:before="50" w:line="240" w:lineRule="auto"/>
        <w:ind w:left="285" w:right="99.68503937007995" w:firstLine="0"/>
        <w:rPr>
          <w:rFonts w:ascii="Arial" w:cs="Arial" w:eastAsia="Arial" w:hAnsi="Arial"/>
          <w:b w:val="0"/>
          <w:bCs w:val="0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widowControl w:val="0"/>
        <w:tabs>
          <w:tab w:val="left" w:leader="none" w:pos="643"/>
          <w:tab w:val="left" w:leader="none" w:pos="6355"/>
          <w:tab w:val="left" w:leader="none" w:pos="9313"/>
          <w:tab w:val="left" w:leader="none" w:pos="11329"/>
          <w:tab w:val="left" w:leader="none" w:pos="11404"/>
        </w:tabs>
        <w:spacing w:before="50" w:line="360" w:lineRule="auto"/>
        <w:ind w:left="285" w:right="99.68503937007995" w:firstLine="0"/>
        <w:rPr>
          <w:rFonts w:ascii="Arial" w:cs="Arial" w:eastAsia="Arial" w:hAnsi="Arial"/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MATRÍCULA ou TRANSCRIÇÃO: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0"/>
          <w:szCs w:val="20"/>
          <w:rtl w:val="0"/>
        </w:rPr>
        <w:t xml:space="preserve"> ______________________________________________________________ </w:t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11305"/>
        </w:tabs>
        <w:spacing w:after="0" w:line="360" w:lineRule="auto"/>
        <w:ind w:left="285" w:right="99.6850393700799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ENDEREÇO DO IMÓVEL: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____________________________________________________________________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widowControl w:val="0"/>
        <w:tabs>
          <w:tab w:val="left" w:leader="none" w:pos="1545"/>
          <w:tab w:val="left" w:leader="none" w:pos="5909"/>
          <w:tab w:val="left" w:leader="none" w:pos="11104"/>
        </w:tabs>
        <w:spacing w:before="37" w:line="360" w:lineRule="auto"/>
        <w:ind w:left="285" w:right="99.68503937007995" w:firstLine="0"/>
        <w:rPr>
          <w:rFonts w:ascii="Arial" w:cs="Arial" w:eastAsia="Arial" w:hAnsi="Arial"/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0"/>
          <w:szCs w:val="20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widowControl w:val="0"/>
        <w:tabs>
          <w:tab w:val="left" w:leader="none" w:pos="1545"/>
          <w:tab w:val="left" w:leader="none" w:pos="5909"/>
          <w:tab w:val="left" w:leader="none" w:pos="11104"/>
        </w:tabs>
        <w:spacing w:before="37" w:line="360" w:lineRule="auto"/>
        <w:ind w:left="285" w:right="99.68503937007995" w:firstLine="0"/>
        <w:rPr>
          <w:rFonts w:ascii="Arial" w:cs="Arial" w:eastAsia="Arial" w:hAnsi="Arial"/>
          <w:b w:val="0"/>
          <w:bCs w:val="0"/>
          <w:color w:val="000000"/>
          <w:sz w:val="20"/>
          <w:szCs w:val="20"/>
        </w:rPr>
      </w:pPr>
      <w:bookmarkStart w:colFirst="0" w:colLast="0" w:name="_heading=h.tbt49g44vp9j" w:id="8"/>
      <w:bookmarkEnd w:id="8"/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PROPRIETÁRIO OU POSSÍVEL PROPRIETÁRIO: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0"/>
          <w:szCs w:val="20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11415"/>
        </w:tabs>
        <w:spacing w:after="0" w:line="360" w:lineRule="auto"/>
        <w:ind w:left="285" w:right="99.6850393700799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OBSERVAÇÃO: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11415"/>
        </w:tabs>
        <w:spacing w:after="0" w:line="360" w:lineRule="auto"/>
        <w:ind w:left="285" w:right="99.6850393700799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FINALIDADE (Obrigatória nas hipóteses definidas no Provimento/CNJ n° 134/2022):</w:t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11415"/>
        </w:tabs>
        <w:spacing w:after="0" w:line="360" w:lineRule="auto"/>
        <w:ind w:left="285" w:right="99.6850393700799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11415"/>
        </w:tabs>
        <w:spacing w:after="0" w:line="240" w:lineRule="auto"/>
        <w:ind w:left="285" w:right="99.6850393700799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widowControl w:val="0"/>
        <w:spacing w:after="0" w:before="94" w:line="240" w:lineRule="auto"/>
        <w:ind w:left="285" w:right="99.68503937007995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Obs. 1: Caso exista Nota de Exigência a ser cumprida em outra serventia, favor anexar ao pedido.</w:t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ind w:left="285" w:right="99.68503937007995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Obs. 2: Caso o número da certidão de Inteiro Teor seja impreciso ou incorreto, será necessário realizar uma busca no acervo da Serventia, com adoção de prazo de 5 dias úteis.</w:t>
      </w:r>
    </w:p>
    <w:p w:rsidR="00000000" w:rsidDel="00000000" w:rsidP="00000000" w:rsidRDefault="00000000" w:rsidRPr="00000000" w14:paraId="00000022">
      <w:pPr>
        <w:widowControl w:val="0"/>
        <w:spacing w:after="0" w:before="1" w:line="240" w:lineRule="auto"/>
        <w:ind w:left="285" w:right="99.68503937007995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*Os códigos dos atos mencionados estão de acordo com a Tabela de Emolumentos dos Serviços Notariais e de Registros.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ind w:left="425.19685039370086" w:right="450" w:firstLine="425.19685039370074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ASSINATURA: ____________________________________</w:t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ind w:left="510" w:right="450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ind w:left="510" w:right="450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Belém (PA), ________/________/_________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-333365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Style w:val="Heading1"/>
      <w:ind w:right="-1706.4566929133848"/>
      <w:jc w:val="right"/>
      <w:rPr/>
    </w:pPr>
    <w:bookmarkStart w:colFirst="0" w:colLast="0" w:name="_heading=h.5zc047wuy6l7" w:id="9"/>
    <w:bookmarkEnd w:id="9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110709</wp:posOffset>
          </wp:positionV>
          <wp:extent cx="2832225" cy="962025"/>
          <wp:effectExtent b="0" l="0" r="0" t="0"/>
          <wp:wrapNone/>
          <wp:docPr id="2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9</wp:posOffset>
          </wp:positionH>
          <wp:positionV relativeFrom="paragraph">
            <wp:posOffset>110709</wp:posOffset>
          </wp:positionV>
          <wp:extent cx="1641375" cy="962025"/>
          <wp:effectExtent b="0" l="0" r="0" t="0"/>
          <wp:wrapNone/>
          <wp:docPr id="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Vi6aW7wu5n2Z7qzEAk8x6uuzEA==">CgMxLjAaHwoBMBIaChgICVIUChJ0YWJsZS52a3BnNmpvaG56c3cyDWguMzdnM2U0cjd5M2EyDmguNzR6cDdhcjNrMTFrMg5oLno1ejBzOXFpazE5aDIOaC5sbWxvcm9lcTVzZnYyDmguZWo5OGxtNHJncXV0Mg5oLmtkbHo0Y3N5ajZ0MzIOaC53bm14aHJxZDNyMnQyDmgudDRhbGhhdGN0ZGUxMg5oLnRidDQ5ZzQ0dnA5ajIOaC41emMwNDd3dXk2bDc4AHIhMURnX2dxMHA4X0NDUmk0YzZad1lUNHNVYXUzb256OV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