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REQUERIMENTO DEVOLUÇÃO DE VALOR</w:t>
      </w:r>
    </w:p>
    <w:p w:rsidR="00000000" w:rsidDel="00000000" w:rsidP="00000000" w:rsidRDefault="00000000" w:rsidRPr="00000000" w14:paraId="00000002">
      <w:pPr>
        <w:widowControl w:val="0"/>
        <w:spacing w:after="0" w:line="240" w:lineRule="auto"/>
        <w:ind w:left="28.239974975585938" w:right="47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Nº PROTOCOLO: __________________________________________</w: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ind w:left="28.960037231445312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ind w:left="28.960037231445312" w:firstLine="0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REQUERENTE: 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ind w:left="28.960037231445312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ind w:left="28.960037231445312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CPF: __________________________________________</w:t>
      </w:r>
    </w:p>
    <w:p w:rsidR="00000000" w:rsidDel="00000000" w:rsidP="00000000" w:rsidRDefault="00000000" w:rsidRPr="00000000" w14:paraId="00000007">
      <w:pPr>
        <w:widowControl w:val="0"/>
        <w:spacing w:after="0" w:line="240" w:lineRule="auto"/>
        <w:ind w:left="28.960037231445312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80"/>
        <w:tblGridChange w:id="0">
          <w:tblGrid>
            <w:gridCol w:w="10380"/>
          </w:tblGrid>
        </w:tblGridChange>
      </w:tblGrid>
      <w:tr>
        <w:trPr>
          <w:cantSplit w:val="0"/>
          <w:trHeight w:val="25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after="0" w:line="240" w:lineRule="auto"/>
              <w:ind w:left="132.27996826171875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DESCREVA O MOTIVO:</w:t>
            </w:r>
          </w:p>
        </w:tc>
      </w:tr>
    </w:tbl>
    <w:p w:rsidR="00000000" w:rsidDel="00000000" w:rsidP="00000000" w:rsidRDefault="00000000" w:rsidRPr="00000000" w14:paraId="00000009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80"/>
        <w:tblGridChange w:id="0">
          <w:tblGrid>
            <w:gridCol w:w="10380"/>
          </w:tblGrid>
        </w:tblGridChange>
      </w:tblGrid>
      <w:tr>
        <w:trPr>
          <w:cantSplit w:val="0"/>
          <w:trHeight w:val="880.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after="0" w:line="240" w:lineRule="auto"/>
              <w:ind w:left="115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VALOR:</w:t>
            </w:r>
          </w:p>
        </w:tc>
      </w:tr>
    </w:tbl>
    <w:p w:rsidR="00000000" w:rsidDel="00000000" w:rsidP="00000000" w:rsidRDefault="00000000" w:rsidRPr="00000000" w14:paraId="0000000B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80"/>
        <w:tblGridChange w:id="0">
          <w:tblGrid>
            <w:gridCol w:w="10380"/>
          </w:tblGrid>
        </w:tblGridChange>
      </w:tblGrid>
      <w:tr>
        <w:trPr>
          <w:cantSplit w:val="0"/>
          <w:trHeight w:val="880.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ind w:left="115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CHAVE PIX:</w:t>
            </w:r>
          </w:p>
        </w:tc>
      </w:tr>
    </w:tbl>
    <w:p w:rsidR="00000000" w:rsidDel="00000000" w:rsidP="00000000" w:rsidRDefault="00000000" w:rsidRPr="00000000" w14:paraId="0000000D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3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80"/>
        <w:tblGridChange w:id="0">
          <w:tblGrid>
            <w:gridCol w:w="10380"/>
          </w:tblGrid>
        </w:tblGridChange>
      </w:tblGrid>
      <w:tr>
        <w:trPr>
          <w:cantSplit w:val="0"/>
          <w:trHeight w:val="31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after="0" w:line="240" w:lineRule="auto"/>
              <w:ind w:left="133.7200164794922" w:firstLine="0"/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rtl w:val="0"/>
              </w:rPr>
              <w:t xml:space="preserve">DADOS BANCÁRIOS: </w:t>
            </w:r>
          </w:p>
          <w:p w:rsidR="00000000" w:rsidDel="00000000" w:rsidP="00000000" w:rsidRDefault="00000000" w:rsidRPr="00000000" w14:paraId="0000000F">
            <w:pPr>
              <w:widowControl w:val="0"/>
              <w:spacing w:after="0" w:line="276" w:lineRule="auto"/>
              <w:ind w:left="120.97999572753906" w:firstLine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TIPO DE CONTA: (  ) CORRENTE ( ) POUPANÇA </w:t>
            </w:r>
          </w:p>
          <w:p w:rsidR="00000000" w:rsidDel="00000000" w:rsidP="00000000" w:rsidRDefault="00000000" w:rsidRPr="00000000" w14:paraId="00000010">
            <w:pPr>
              <w:widowControl w:val="0"/>
              <w:spacing w:after="0" w:line="276" w:lineRule="auto"/>
              <w:ind w:left="128.00003051757812" w:right="162.98828125" w:hanging="7.0200347900390625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TITULAR DA CONTA:__________________________________________________ </w:t>
            </w:r>
          </w:p>
          <w:p w:rsidR="00000000" w:rsidDel="00000000" w:rsidP="00000000" w:rsidRDefault="00000000" w:rsidRPr="00000000" w14:paraId="00000011">
            <w:pPr>
              <w:widowControl w:val="0"/>
              <w:spacing w:after="0" w:line="276" w:lineRule="auto"/>
              <w:ind w:left="128.00003051757812" w:right="162.98828125" w:hanging="7.0200347900390625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CPF: _______________________ </w:t>
            </w:r>
          </w:p>
          <w:p w:rsidR="00000000" w:rsidDel="00000000" w:rsidP="00000000" w:rsidRDefault="00000000" w:rsidRPr="00000000" w14:paraId="00000012">
            <w:pPr>
              <w:widowControl w:val="0"/>
              <w:spacing w:after="0" w:line="276" w:lineRule="auto"/>
              <w:ind w:left="133.9800262451172" w:firstLine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BANCO: _______________________ </w:t>
            </w:r>
          </w:p>
          <w:p w:rsidR="00000000" w:rsidDel="00000000" w:rsidP="00000000" w:rsidRDefault="00000000" w:rsidRPr="00000000" w14:paraId="00000013">
            <w:pPr>
              <w:widowControl w:val="0"/>
              <w:spacing w:after="0" w:line="276" w:lineRule="auto"/>
              <w:ind w:left="115" w:firstLine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AGÊNCIA: _______________________ </w:t>
            </w:r>
          </w:p>
          <w:p w:rsidR="00000000" w:rsidDel="00000000" w:rsidP="00000000" w:rsidRDefault="00000000" w:rsidRPr="00000000" w14:paraId="00000014">
            <w:pPr>
              <w:widowControl w:val="0"/>
              <w:spacing w:after="0" w:line="276" w:lineRule="auto"/>
              <w:ind w:left="128.00003051757812" w:firstLine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CONTA: _______________________</w:t>
            </w:r>
          </w:p>
        </w:tc>
      </w:tr>
    </w:tbl>
    <w:p w:rsidR="00000000" w:rsidDel="00000000" w:rsidP="00000000" w:rsidRDefault="00000000" w:rsidRPr="00000000" w14:paraId="00000015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0" w:line="240" w:lineRule="auto"/>
        <w:ind w:left="-141.73228346456688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DATA DA SOLICITAÇÃO: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______/______/______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0" w:line="240" w:lineRule="auto"/>
        <w:ind w:left="-141.73228346456688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0" w:line="240" w:lineRule="auto"/>
        <w:ind w:left="-141.73228346456688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ASS. REQUERENTE: __________________________________________</w:t>
      </w:r>
    </w:p>
    <w:p w:rsidR="00000000" w:rsidDel="00000000" w:rsidP="00000000" w:rsidRDefault="00000000" w:rsidRPr="00000000" w14:paraId="0000001A">
      <w:pPr>
        <w:widowControl w:val="0"/>
        <w:spacing w:after="0" w:line="240" w:lineRule="auto"/>
        <w:ind w:left="-141.73228346456688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0" w:line="240" w:lineRule="auto"/>
        <w:ind w:left="-141.73228346456688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ASS. ATENDENTE: __________________________________________</w:t>
      </w:r>
    </w:p>
    <w:p w:rsidR="00000000" w:rsidDel="00000000" w:rsidP="00000000" w:rsidRDefault="00000000" w:rsidRPr="00000000" w14:paraId="0000001C">
      <w:pPr>
        <w:widowControl w:val="0"/>
        <w:spacing w:after="0" w:line="240" w:lineRule="auto"/>
        <w:ind w:left="-141.73228346456688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0" w:line="240" w:lineRule="auto"/>
        <w:ind w:left="-141.73228346456688" w:firstLine="0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AUTORIZAÇÃO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538.7007874015751" w:top="1700.7874015748032" w:left="425.1968503937008" w:right="764.8818897637813" w:header="5.669291338582678" w:footer="56.6929133858267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spacing w:before="200" w:line="335.99999999999994" w:lineRule="auto"/>
      <w:ind w:left="-1559.0551181102362" w:right="-1706.4566929133848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-333366</wp:posOffset>
          </wp:positionH>
          <wp:positionV relativeFrom="paragraph">
            <wp:posOffset>114300</wp:posOffset>
          </wp:positionV>
          <wp:extent cx="7850063" cy="432378"/>
          <wp:effectExtent b="0" l="0" r="0" t="0"/>
          <wp:wrapNone/>
          <wp:docPr id="1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0063" cy="43237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pStyle w:val="Heading1"/>
      <w:ind w:right="-1706.4566929133848"/>
      <w:jc w:val="right"/>
      <w:rPr/>
    </w:pPr>
    <w:bookmarkStart w:colFirst="0" w:colLast="0" w:name="_heading=h.5zc047wuy6l7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4572000</wp:posOffset>
          </wp:positionH>
          <wp:positionV relativeFrom="paragraph">
            <wp:posOffset>110708</wp:posOffset>
          </wp:positionV>
          <wp:extent cx="2832225" cy="962025"/>
          <wp:effectExtent b="0" l="0" r="0" t="0"/>
          <wp:wrapNone/>
          <wp:docPr id="1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-11881" l="50822" r="0" t="11881"/>
                  <a:stretch>
                    <a:fillRect/>
                  </a:stretch>
                </pic:blipFill>
                <pic:spPr>
                  <a:xfrm>
                    <a:off x="0" y="0"/>
                    <a:ext cx="2832225" cy="9620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7</wp:posOffset>
          </wp:positionH>
          <wp:positionV relativeFrom="paragraph">
            <wp:posOffset>110708</wp:posOffset>
          </wp:positionV>
          <wp:extent cx="1641375" cy="962025"/>
          <wp:effectExtent b="0" l="0" r="0" t="0"/>
          <wp:wrapNone/>
          <wp:docPr id="1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71611" t="0"/>
                  <a:stretch>
                    <a:fillRect/>
                  </a:stretch>
                </pic:blipFill>
                <pic:spPr>
                  <a:xfrm>
                    <a:off x="0" y="0"/>
                    <a:ext cx="1641375" cy="9620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NQupMCpVyRqq9njOT1YdZ0qd9w==">CgMxLjAyDmguNXpjMDQ3d3V5Nmw3OAByITE4ZFZDYmplZmlTTTh5T0hoTDE3R2JPYmIzWEFiVW1HQg==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