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EXMO SENHOR. DOUTOR JUIZ DE DIREITO DA VARA DE REGISTROS PÚBLICOS C/C</w:t>
      </w:r>
    </w:p>
    <w:p w:rsidR="00000000" w:rsidDel="00000000" w:rsidP="00000000" w:rsidRDefault="00000000" w:rsidRPr="00000000" w14:paraId="00000002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bookmarkStart w:colFirst="0" w:colLast="0" w:name="_heading=h.1qgpu5dyy1yj" w:id="0"/>
      <w:bookmarkEnd w:id="0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ILMO. SENHOR OFICIAL DO 2º OFÍCIO DE REGISTRO DE IMÓVEIS DE BELÉM/PA</w:t>
      </w:r>
    </w:p>
    <w:p w:rsidR="00000000" w:rsidDel="00000000" w:rsidP="00000000" w:rsidRDefault="00000000" w:rsidRPr="00000000" w14:paraId="00000003">
      <w:pPr>
        <w:pStyle w:val="Heading1"/>
        <w:spacing w:before="0" w:lineRule="auto"/>
        <w:jc w:val="center"/>
        <w:rPr/>
      </w:pPr>
      <w:bookmarkStart w:colFirst="0" w:colLast="0" w:name="_heading=h.5ded89xklzis" w:id="1"/>
      <w:bookmarkEnd w:id="1"/>
      <w:r w:rsidDel="00000000" w:rsidR="00000000" w:rsidRPr="00000000">
        <w:rPr>
          <w:rFonts w:ascii="Arial" w:cs="Arial" w:eastAsia="Arial" w:hAnsi="Arial"/>
          <w:sz w:val="22"/>
          <w:szCs w:val="22"/>
          <w:rtl w:val="0"/>
        </w:rPr>
        <w:t xml:space="preserve">REQUERIMENTO DE SUSCITAÇÃO DE DÚVIDA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Style w:val="Heading1"/>
        <w:spacing w:before="0" w:lineRule="auto"/>
        <w:jc w:val="center"/>
        <w:rPr>
          <w:rFonts w:ascii="Arial" w:cs="Arial" w:eastAsia="Arial" w:hAnsi="Arial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____________________________________________________________________________________</w:t>
      </w:r>
    </w:p>
    <w:p w:rsidR="00000000" w:rsidDel="00000000" w:rsidP="00000000" w:rsidRDefault="00000000" w:rsidRPr="00000000" w14:paraId="00000006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NACIONALIDADE ________________________________ PROFISSÃO _______________________________</w:t>
      </w:r>
    </w:p>
    <w:p w:rsidR="00000000" w:rsidDel="00000000" w:rsidP="00000000" w:rsidRDefault="00000000" w:rsidRPr="00000000" w14:paraId="00000007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C.P.F. _______________________ RG ______________________ ESTADO CIVIL _______________________</w:t>
      </w:r>
    </w:p>
    <w:p w:rsidR="00000000" w:rsidDel="00000000" w:rsidP="00000000" w:rsidRDefault="00000000" w:rsidRPr="00000000" w14:paraId="00000008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CONVIVE EM UNIÃO ESTÁVEL (   )SIM / (   ) NÃO          DATA DE NASCIMENTO _______________________</w:t>
      </w:r>
    </w:p>
    <w:p w:rsidR="00000000" w:rsidDel="00000000" w:rsidP="00000000" w:rsidRDefault="00000000" w:rsidRPr="00000000" w14:paraId="00000009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DA MÃE  ____________________________________________________________________________</w:t>
      </w:r>
    </w:p>
    <w:p w:rsidR="00000000" w:rsidDel="00000000" w:rsidP="00000000" w:rsidRDefault="00000000" w:rsidRPr="00000000" w14:paraId="0000000A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NOME DO PAI    ____________________________________________________________________________</w:t>
      </w:r>
    </w:p>
    <w:p w:rsidR="00000000" w:rsidDel="00000000" w:rsidP="00000000" w:rsidRDefault="00000000" w:rsidRPr="00000000" w14:paraId="0000000B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RESIDENTE E DOMICILIADO (A) ______________________________________________________________</w:t>
      </w:r>
    </w:p>
    <w:p w:rsidR="00000000" w:rsidDel="00000000" w:rsidP="00000000" w:rsidRDefault="00000000" w:rsidRPr="00000000" w14:paraId="0000000C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__________________________________________________________________________________________</w:t>
      </w:r>
    </w:p>
    <w:p w:rsidR="00000000" w:rsidDel="00000000" w:rsidP="00000000" w:rsidRDefault="00000000" w:rsidRPr="00000000" w14:paraId="0000000D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Nº ________ BAIRRO ______________________ CIDADE ____________________ ESTADO _____________</w:t>
      </w:r>
    </w:p>
    <w:p w:rsidR="00000000" w:rsidDel="00000000" w:rsidP="00000000" w:rsidRDefault="00000000" w:rsidRPr="00000000" w14:paraId="0000000E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CEP ___________________ CONTATO ____________________________ E-MAIL ______________________</w:t>
      </w:r>
    </w:p>
    <w:p w:rsidR="00000000" w:rsidDel="00000000" w:rsidP="00000000" w:rsidRDefault="00000000" w:rsidRPr="00000000" w14:paraId="0000000F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PROTOCOLO _________________________</w:t>
      </w:r>
    </w:p>
    <w:p w:rsidR="00000000" w:rsidDel="00000000" w:rsidP="00000000" w:rsidRDefault="00000000" w:rsidRPr="00000000" w14:paraId="00000011">
      <w:pPr>
        <w:keepLines w:val="0"/>
        <w:spacing w:after="0" w:before="0" w:line="288" w:lineRule="auto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MATRÍCULA/TRANSCRIÇÃO _________________________</w:t>
      </w:r>
    </w:p>
    <w:sdt>
      <w:sdtPr>
        <w:lock w:val="contentLocked"/>
        <w:id w:val="-982367463"/>
        <w:tag w:val="goog_rdk_0"/>
      </w:sdtPr>
      <w:sdtContent>
        <w:tbl>
          <w:tblPr>
            <w:tblStyle w:val="Table1"/>
            <w:tblW w:w="11051.0" w:type="dxa"/>
            <w:jc w:val="left"/>
            <w:tbl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  <w:insideH w:color="000000" w:space="0" w:sz="8" w:val="single"/>
              <w:insideV w:color="000000" w:space="0" w:sz="8" w:val="single"/>
            </w:tblBorders>
            <w:tblLayout w:type="fixed"/>
            <w:tblLook w:val="0600"/>
          </w:tblPr>
          <w:tblGrid>
            <w:gridCol w:w="11051"/>
            <w:tblGridChange w:id="0">
              <w:tblGrid>
                <w:gridCol w:w="11051"/>
              </w:tblGrid>
            </w:tblGridChange>
          </w:tblGrid>
          <w:tr>
            <w:trPr>
              <w:cantSplit w:val="0"/>
              <w:tblHeader w:val="0"/>
            </w:trPr>
            <w:tc>
              <w:tcPr>
                <w:tcBorders>
                  <w:top w:color="000000" w:space="0" w:sz="0" w:val="nil"/>
                  <w:left w:color="000000" w:space="0" w:sz="0" w:val="nil"/>
                  <w:bottom w:color="000000" w:space="0" w:sz="8" w:val="dashed"/>
                  <w:right w:color="000000" w:space="0" w:sz="0" w:val="nil"/>
                </w:tcBorders>
                <w:shd w:fill="auto" w:val="clear"/>
                <w:tcMar>
                  <w:top w:w="100.0" w:type="dxa"/>
                  <w:left w:w="100.0" w:type="dxa"/>
                  <w:bottom w:w="100.0" w:type="dxa"/>
                  <w:right w:w="100.0" w:type="dxa"/>
                </w:tcMar>
                <w:vAlign w:val="top"/>
              </w:tcPr>
              <w:p w:rsidR="00000000" w:rsidDel="00000000" w:rsidP="00000000" w:rsidRDefault="00000000" w:rsidRPr="00000000" w14:paraId="00000012">
                <w:pPr>
                  <w:keepNext w:val="0"/>
                  <w:keepLines w:val="0"/>
                  <w:widowControl w:val="0"/>
                  <w:pBdr>
                    <w:top w:space="0" w:sz="0" w:val="nil"/>
                    <w:left w:space="0" w:sz="0" w:val="nil"/>
                    <w:bottom w:space="0" w:sz="0" w:val="nil"/>
                    <w:right w:space="0" w:sz="0" w:val="nil"/>
                    <w:between w:space="0" w:sz="0" w:val="nil"/>
                  </w:pBdr>
                  <w:shd w:fill="auto" w:val="clear"/>
                  <w:spacing w:after="0" w:before="0" w:line="240" w:lineRule="auto"/>
                  <w:ind w:left="0" w:right="0" w:firstLine="0"/>
                  <w:jc w:val="left"/>
                  <w:rPr>
                    <w:rFonts w:ascii="Arial" w:cs="Arial" w:eastAsia="Arial" w:hAnsi="Arial"/>
                    <w:b w:val="1"/>
                    <w:bCs w:val="1"/>
                  </w:rPr>
                </w:pPr>
                <w:r w:rsidDel="00000000" w:rsidR="00000000" w:rsidRPr="00000000">
                  <w:rPr>
                    <w:rtl w:val="0"/>
                  </w:rPr>
                </w:r>
              </w:p>
            </w:tc>
          </w:tr>
        </w:tbl>
      </w:sdtContent>
    </w:sdt>
    <w:p w:rsidR="00000000" w:rsidDel="00000000" w:rsidP="00000000" w:rsidRDefault="00000000" w:rsidRPr="00000000" w14:paraId="00000013">
      <w:pPr>
        <w:widowControl w:val="0"/>
        <w:spacing w:after="240" w:line="240" w:lineRule="auto"/>
        <w:ind w:left="0" w:firstLine="0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Vem por meio deste apresentar requerimento de Suscitação de Dúvida, em conformidade com o artigo 198 da Lei nº 6.015/73, pelos fatos expostos a seguir:</w:t>
      </w:r>
    </w:p>
    <w:p w:rsidR="00000000" w:rsidDel="00000000" w:rsidP="00000000" w:rsidRDefault="00000000" w:rsidRPr="00000000" w14:paraId="00000014">
      <w:pPr>
        <w:widowControl w:val="0"/>
        <w:spacing w:after="240" w:before="240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ind w:right="45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rtl w:val="0"/>
        </w:rPr>
        <w:t xml:space="preserve">Obs:  (   ) Continua no verso / (   ) Anexar petição avulsa. </w:t>
      </w:r>
    </w:p>
    <w:p w:rsidR="00000000" w:rsidDel="00000000" w:rsidP="00000000" w:rsidRDefault="00000000" w:rsidRPr="00000000" w14:paraId="00000016">
      <w:pPr>
        <w:widowControl w:val="0"/>
        <w:spacing w:after="0" w:line="240" w:lineRule="auto"/>
        <w:ind w:right="450"/>
        <w:jc w:val="both"/>
        <w:rPr>
          <w:rFonts w:ascii="Arial" w:cs="Arial" w:eastAsia="Arial" w:hAnsi="Arial"/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widowControl w:val="0"/>
        <w:spacing w:after="0" w:line="240" w:lineRule="auto"/>
        <w:ind w:right="-0.11811023621874028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Por fim, solicita ao Oficial Titular do 2º Ofício de Registro de Imóveis que encaminhe o presente ao Juízo da Vara de Registros Públicos. </w:t>
      </w:r>
    </w:p>
    <w:p w:rsidR="00000000" w:rsidDel="00000000" w:rsidP="00000000" w:rsidRDefault="00000000" w:rsidRPr="00000000" w14:paraId="00000018">
      <w:pPr>
        <w:widowControl w:val="0"/>
        <w:spacing w:after="0" w:line="240" w:lineRule="auto"/>
        <w:ind w:left="425.19685039370086" w:right="450" w:firstLine="425.19685039370074"/>
        <w:jc w:val="both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widowControl w:val="0"/>
        <w:spacing w:after="0" w:line="240" w:lineRule="auto"/>
        <w:ind w:left="425.19685039370086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widowControl w:val="0"/>
        <w:spacing w:after="0" w:line="240" w:lineRule="auto"/>
        <w:ind w:left="0" w:right="45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____________________________________</w:t>
      </w:r>
    </w:p>
    <w:p w:rsidR="00000000" w:rsidDel="00000000" w:rsidP="00000000" w:rsidRDefault="00000000" w:rsidRPr="00000000" w14:paraId="0000001C">
      <w:pPr>
        <w:widowControl w:val="0"/>
        <w:spacing w:after="0" w:line="240" w:lineRule="auto"/>
        <w:ind w:left="0" w:right="45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ASSINATURA DO REQUERENTE</w:t>
      </w:r>
    </w:p>
    <w:p w:rsidR="00000000" w:rsidDel="00000000" w:rsidP="00000000" w:rsidRDefault="00000000" w:rsidRPr="00000000" w14:paraId="0000001D">
      <w:pPr>
        <w:widowControl w:val="0"/>
        <w:spacing w:after="0" w:before="8.067626953125" w:line="240" w:lineRule="auto"/>
        <w:ind w:left="0" w:right="450" w:firstLine="0"/>
        <w:jc w:val="center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(reconhecer firma ou assinar no balcão da serventia) </w:t>
      </w:r>
    </w:p>
    <w:p w:rsidR="00000000" w:rsidDel="00000000" w:rsidP="00000000" w:rsidRDefault="00000000" w:rsidRPr="00000000" w14:paraId="0000001E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widowControl w:val="0"/>
        <w:spacing w:after="0" w:before="8.067626953125" w:line="276" w:lineRule="auto"/>
        <w:ind w:left="3305.1968503937005" w:right="450" w:firstLine="425.19685039370074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Termos em que peço deferimento,</w:t>
      </w:r>
    </w:p>
    <w:p w:rsidR="00000000" w:rsidDel="00000000" w:rsidP="00000000" w:rsidRDefault="00000000" w:rsidRPr="00000000" w14:paraId="00000021">
      <w:pPr>
        <w:widowControl w:val="0"/>
        <w:spacing w:after="0" w:line="276" w:lineRule="auto"/>
        <w:ind w:left="510" w:right="450" w:firstLine="0"/>
        <w:jc w:val="right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 xml:space="preserve">Belém (PA), ________/________/_________</w:t>
      </w:r>
    </w:p>
    <w:p w:rsidR="00000000" w:rsidDel="00000000" w:rsidP="00000000" w:rsidRDefault="00000000" w:rsidRPr="00000000" w14:paraId="00000022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(CONTINUAÇÃO DOS FATOS)</w:t>
      </w:r>
    </w:p>
    <w:p w:rsidR="00000000" w:rsidDel="00000000" w:rsidP="00000000" w:rsidRDefault="00000000" w:rsidRPr="00000000" w14:paraId="00000023">
      <w:pPr>
        <w:widowControl w:val="0"/>
        <w:spacing w:after="240" w:befor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0" w:before="240" w:line="240" w:lineRule="auto"/>
        <w:jc w:val="both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5840" w:w="12240" w:orient="portrait"/>
      <w:pgMar w:bottom="538.7007874015751" w:top="1700.7874015748032" w:left="425.1968503937008" w:right="764.8818897637813" w:header="5.669291338582678" w:footer="56.6929133858267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mbria"/>
  <w:font w:name="Calibri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6">
    <w:pPr>
      <w:spacing w:before="200" w:line="335.99999999999994" w:lineRule="auto"/>
      <w:ind w:left="-1559.0551181102362" w:right="-1706.4566929133848" w:firstLine="0"/>
      <w:jc w:val="center"/>
      <w:rPr/>
    </w:pP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-333366</wp:posOffset>
          </wp:positionH>
          <wp:positionV relativeFrom="paragraph">
            <wp:posOffset>114300</wp:posOffset>
          </wp:positionV>
          <wp:extent cx="7850063" cy="432378"/>
          <wp:effectExtent b="0" l="0" r="0" t="0"/>
          <wp:wrapNone/>
          <wp:docPr id="18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7850063" cy="432378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pStyle w:val="Heading1"/>
      <w:ind w:right="-1706.4566929133848"/>
      <w:jc w:val="right"/>
      <w:rPr/>
    </w:pPr>
    <w:bookmarkStart w:colFirst="0" w:colLast="0" w:name="_heading=h.5zc047wuy6l7" w:id="2"/>
    <w:bookmarkEnd w:id="2"/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4572000</wp:posOffset>
          </wp:positionH>
          <wp:positionV relativeFrom="paragraph">
            <wp:posOffset>110708</wp:posOffset>
          </wp:positionV>
          <wp:extent cx="2832225" cy="962025"/>
          <wp:effectExtent b="0" l="0" r="0" t="0"/>
          <wp:wrapNone/>
          <wp:docPr id="17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-11881" l="50822" r="0" t="11881"/>
                  <a:stretch>
                    <a:fillRect/>
                  </a:stretch>
                </pic:blipFill>
                <pic:spPr>
                  <a:xfrm>
                    <a:off x="0" y="0"/>
                    <a:ext cx="2832225" cy="96202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drawing>
        <wp:anchor allowOverlap="1" behindDoc="0" distB="114300" distT="114300" distL="114300" distR="114300" hidden="0" layoutInCell="1" locked="0" relativeHeight="0" simplePos="0">
          <wp:simplePos x="0" y="0"/>
          <wp:positionH relativeFrom="column">
            <wp:posOffset>7</wp:posOffset>
          </wp:positionH>
          <wp:positionV relativeFrom="paragraph">
            <wp:posOffset>110708</wp:posOffset>
          </wp:positionV>
          <wp:extent cx="1641375" cy="962025"/>
          <wp:effectExtent b="0" l="0" r="0" t="0"/>
          <wp:wrapNone/>
          <wp:docPr id="19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 b="0" l="0" r="71611" t="0"/>
                  <a:stretch>
                    <a:fillRect/>
                  </a:stretch>
                </pic:blipFill>
                <pic:spPr>
                  <a:xfrm>
                    <a:off x="0" y="0"/>
                    <a:ext cx="1641375" cy="96202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mbria" w:cs="Cambria" w:eastAsia="Cambria" w:hAnsi="Cambria"/>
        <w:sz w:val="22"/>
        <w:szCs w:val="22"/>
        <w:lang w:val="en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1">
    <w:basedOn w:val="TableNormal"/>
    <w:tblPr>
      <w:tblStyleRowBandSize w:val="1"/>
      <w:tblStyleColBandSize w:val="1"/>
    </w:tblPr>
  </w:style>
  <w:style w:type="table" w:styleId="Table2">
    <w:basedOn w:val="TableNormal"/>
    <w:tblPr>
      <w:tblStyleRowBandSize w:val="1"/>
      <w:tblStyleColBandSize w:val="1"/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</w:tblPr>
  </w:style>
  <w:style w:type="table" w:styleId="Table5">
    <w:basedOn w:val="TableNormal"/>
    <w:tblPr>
      <w:tblStyleRowBandSize w:val="1"/>
      <w:tblStyleColBandSize w:val="1"/>
    </w:tblPr>
  </w:style>
  <w:style w:type="table" w:styleId="Table6">
    <w:basedOn w:val="TableNormal"/>
    <w:tblPr>
      <w:tblStyleRowBandSize w:val="1"/>
      <w:tblStyleColBandSize w:val="1"/>
    </w:tblPr>
  </w:style>
  <w:style w:type="table" w:styleId="Table7">
    <w:basedOn w:val="TableNormal"/>
    <w:tblPr>
      <w:tblStyleRowBandSize w:val="1"/>
      <w:tblStyleColBandSize w:val="1"/>
    </w:tblPr>
  </w:style>
  <w:style w:type="table" w:styleId="Table8">
    <w:basedOn w:val="TableNormal"/>
    <w:tblPr>
      <w:tblStyleRowBandSize w:val="1"/>
      <w:tblStyleColBandSize w:val="1"/>
    </w:tblPr>
  </w:style>
  <w:style w:type="table" w:styleId="Table9">
    <w:basedOn w:val="TableNormal"/>
    <w:tblPr>
      <w:tblStyleRowBandSize w:val="1"/>
      <w:tblStyleColBandSize w:val="1"/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fEg9v2IGDV4hhgFYAFClnSgn5aQ==">CgMxLjAaHwoBMBIaChgICVIUChJ0YWJsZS52a3BnNmpvaG56c3cyDmguMXFncHU1ZHl5MXlqMg5oLjVkZWQ4OXhrbHppczIOaC41emMwNDd3dXk2bDc4AHIhMWw3UTRJcEQ2U0tiUkd1a25ESmNLb0RKa2xsd0NydW91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