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1"/>
        <w:spacing w:after="0" w:before="0" w:line="240" w:lineRule="auto"/>
        <w:ind w:right="-29.527559055116512"/>
        <w:jc w:val="both"/>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HISTÓRICO DAS REVISÕES</w:t>
      </w:r>
      <w:r w:rsidDel="00000000" w:rsidR="00000000" w:rsidRPr="00000000">
        <w:rPr>
          <w:rtl w:val="0"/>
        </w:rPr>
      </w:r>
    </w:p>
    <w:p w:rsidR="00000000" w:rsidDel="00000000" w:rsidP="00000000" w:rsidRDefault="00000000" w:rsidRPr="00000000" w14:paraId="00000002">
      <w:pPr>
        <w:widowControl w:val="1"/>
        <w:spacing w:after="0" w:before="0" w:line="240" w:lineRule="auto"/>
        <w:ind w:right="-29.527559055116512"/>
        <w:jc w:val="both"/>
        <w:rPr>
          <w:rFonts w:ascii="Arial" w:cs="Arial" w:eastAsia="Arial" w:hAnsi="Arial"/>
        </w:rPr>
      </w:pPr>
      <w:r w:rsidDel="00000000" w:rsidR="00000000" w:rsidRPr="00000000">
        <w:rPr>
          <w:rFonts w:ascii="Arial" w:cs="Arial" w:eastAsia="Arial" w:hAnsi="Arial"/>
          <w:sz w:val="18"/>
          <w:szCs w:val="18"/>
          <w:rtl w:val="0"/>
        </w:rPr>
        <w:t xml:space="preserve">Este documento teve sua primeira versão elaborada em 10/03/2026, com base nas descrições previstas legalmente e nas definições do Oficial do Segundo Ofício de Registro de Imóveis de Belém-PA.</w:t>
      </w:r>
      <w:r w:rsidDel="00000000" w:rsidR="00000000" w:rsidRPr="00000000">
        <w:rPr>
          <w:rtl w:val="0"/>
        </w:rPr>
      </w:r>
    </w:p>
    <w:tbl>
      <w:tblPr>
        <w:tblStyle w:val="Table1"/>
        <w:tblW w:w="11055.11811023622" w:type="dxa"/>
        <w:jc w:val="left"/>
        <w:tblInd w:w="3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85.039370078741"/>
        <w:gridCol w:w="3685.039370078741"/>
        <w:gridCol w:w="3685.039370078741"/>
        <w:tblGridChange w:id="0">
          <w:tblGrid>
            <w:gridCol w:w="3685.039370078741"/>
            <w:gridCol w:w="3685.039370078741"/>
            <w:gridCol w:w="3685.039370078741"/>
          </w:tblGrid>
        </w:tblGridChange>
      </w:tblGrid>
      <w:tr>
        <w:trPr>
          <w:cantSplit w:val="0"/>
          <w:trHeight w:val="303.984375" w:hRule="atLeast"/>
          <w:tblHeader w:val="0"/>
        </w:trPr>
        <w:tc>
          <w:tcPr>
            <w:tcBorders>
              <w:top w:color="000000" w:space="0" w:sz="4" w:val="single"/>
              <w:left w:color="000000" w:space="0" w:sz="4" w:val="single"/>
              <w:bottom w:color="000000" w:space="0" w:sz="8" w:val="single"/>
              <w:right w:color="000000" w:space="0" w:sz="4" w:val="single"/>
            </w:tcBorders>
            <w:shd w:fill="dbe5f1" w:val="clear"/>
            <w:tcMar>
              <w:top w:w="100.0" w:type="dxa"/>
              <w:left w:w="100.0" w:type="dxa"/>
              <w:bottom w:w="100.0" w:type="dxa"/>
              <w:right w:w="100.0" w:type="dxa"/>
            </w:tcMar>
            <w:vAlign w:val="top"/>
          </w:tcPr>
          <w:p w:rsidR="00000000" w:rsidDel="00000000" w:rsidP="00000000" w:rsidRDefault="00000000" w:rsidRPr="00000000" w14:paraId="00000003">
            <w:pPr>
              <w:widowControl w:val="1"/>
              <w:spacing w:after="0" w:before="0" w:line="240" w:lineRule="auto"/>
              <w:ind w:right="-20"/>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Revisão Nº</w:t>
            </w:r>
          </w:p>
        </w:tc>
        <w:tc>
          <w:tcPr>
            <w:tcBorders>
              <w:top w:color="000000" w:space="0" w:sz="4" w:val="single"/>
              <w:left w:color="000000" w:space="0" w:sz="4" w:val="single"/>
              <w:bottom w:color="000000" w:space="0" w:sz="8" w:val="single"/>
              <w:right w:color="000000" w:space="0" w:sz="4" w:val="single"/>
            </w:tcBorders>
            <w:shd w:fill="dbe5f1" w:val="clear"/>
            <w:tcMar>
              <w:top w:w="100.0" w:type="dxa"/>
              <w:left w:w="100.0" w:type="dxa"/>
              <w:bottom w:w="100.0" w:type="dxa"/>
              <w:right w:w="100.0" w:type="dxa"/>
            </w:tcMar>
            <w:vAlign w:val="top"/>
          </w:tcPr>
          <w:p w:rsidR="00000000" w:rsidDel="00000000" w:rsidP="00000000" w:rsidRDefault="00000000" w:rsidRPr="00000000" w14:paraId="00000004">
            <w:pPr>
              <w:spacing w:after="0" w:line="240" w:lineRule="auto"/>
              <w:ind w:right="-20"/>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Natureza da Alteração</w:t>
            </w:r>
          </w:p>
        </w:tc>
        <w:tc>
          <w:tcPr>
            <w:tcBorders>
              <w:top w:color="000000" w:space="0" w:sz="4" w:val="single"/>
              <w:left w:color="000000" w:space="0" w:sz="4" w:val="single"/>
              <w:bottom w:color="000000" w:space="0" w:sz="8" w:val="single"/>
              <w:right w:color="000000" w:space="0" w:sz="4" w:val="single"/>
            </w:tcBorders>
            <w:shd w:fill="dbe5f1" w:val="clear"/>
            <w:tcMar>
              <w:top w:w="100.0" w:type="dxa"/>
              <w:left w:w="100.0" w:type="dxa"/>
              <w:bottom w:w="100.0" w:type="dxa"/>
              <w:right w:w="100.0" w:type="dxa"/>
            </w:tcMar>
            <w:vAlign w:val="top"/>
          </w:tcPr>
          <w:p w:rsidR="00000000" w:rsidDel="00000000" w:rsidP="00000000" w:rsidRDefault="00000000" w:rsidRPr="00000000" w14:paraId="00000005">
            <w:pPr>
              <w:widowControl w:val="1"/>
              <w:spacing w:after="0" w:before="0" w:line="240" w:lineRule="auto"/>
              <w:ind w:right="-20"/>
              <w:jc w:val="center"/>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Data</w:t>
            </w:r>
          </w:p>
        </w:tc>
      </w:tr>
      <w:tr>
        <w:trPr>
          <w:cantSplit w:val="0"/>
          <w:trHeight w:val="180.3624125269148"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6">
            <w:pPr>
              <w:widowControl w:val="1"/>
              <w:spacing w:after="0" w:before="0" w:line="240" w:lineRule="auto"/>
              <w:rPr>
                <w:rFonts w:ascii="Arial" w:cs="Arial" w:eastAsia="Arial" w:hAnsi="Arial"/>
                <w:sz w:val="16"/>
                <w:szCs w:val="16"/>
              </w:rPr>
            </w:pPr>
            <w:r w:rsidDel="00000000" w:rsidR="00000000" w:rsidRPr="00000000">
              <w:rPr>
                <w:rFonts w:ascii="Arial" w:cs="Arial" w:eastAsia="Arial" w:hAnsi="Arial"/>
                <w:sz w:val="16"/>
                <w:szCs w:val="16"/>
                <w:rtl w:val="0"/>
              </w:rPr>
              <w:t xml:space="preserve">Não se aplica.</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7">
            <w:pPr>
              <w:spacing w:after="0" w:line="240" w:lineRule="auto"/>
              <w:ind w:right="-20"/>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Não se aplica.</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8">
            <w:pPr>
              <w:widowControl w:val="1"/>
              <w:spacing w:after="0" w:before="0" w:line="240" w:lineRule="auto"/>
              <w:rPr>
                <w:rFonts w:ascii="Arial" w:cs="Arial" w:eastAsia="Arial" w:hAnsi="Arial"/>
                <w:sz w:val="16"/>
                <w:szCs w:val="16"/>
              </w:rPr>
            </w:pPr>
            <w:r w:rsidDel="00000000" w:rsidR="00000000" w:rsidRPr="00000000">
              <w:rPr>
                <w:rFonts w:ascii="Arial" w:cs="Arial" w:eastAsia="Arial" w:hAnsi="Arial"/>
                <w:sz w:val="16"/>
                <w:szCs w:val="16"/>
                <w:rtl w:val="0"/>
              </w:rPr>
              <w:t xml:space="preserve">Não se aplica.</w:t>
            </w:r>
          </w:p>
        </w:tc>
      </w:tr>
      <w:tr>
        <w:trPr>
          <w:cantSplit w:val="0"/>
          <w:trHeight w:val="180.3624125269148"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9">
            <w:pPr>
              <w:widowControl w:val="1"/>
              <w:tabs>
                <w:tab w:val="center" w:leader="none" w:pos="4252"/>
                <w:tab w:val="right" w:leader="none" w:pos="8504"/>
              </w:tabs>
              <w:spacing w:after="0" w:before="0" w:line="240" w:lineRule="auto"/>
              <w:ind w:right="-20"/>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Elaborado por:</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A">
            <w:pPr>
              <w:spacing w:after="0" w:line="240" w:lineRule="auto"/>
              <w:ind w:right="-20"/>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Revisado por:</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B">
            <w:pPr>
              <w:widowControl w:val="1"/>
              <w:tabs>
                <w:tab w:val="center" w:leader="none" w:pos="4252"/>
                <w:tab w:val="right" w:leader="none" w:pos="8504"/>
              </w:tabs>
              <w:spacing w:after="0" w:before="0" w:line="240" w:lineRule="auto"/>
              <w:ind w:right="-20"/>
              <w:jc w:val="both"/>
              <w:rPr>
                <w:rFonts w:ascii="Arial" w:cs="Arial" w:eastAsia="Arial" w:hAnsi="Arial"/>
                <w:sz w:val="16"/>
                <w:szCs w:val="16"/>
              </w:rPr>
            </w:pPr>
            <w:r w:rsidDel="00000000" w:rsidR="00000000" w:rsidRPr="00000000">
              <w:rPr>
                <w:rFonts w:ascii="Arial" w:cs="Arial" w:eastAsia="Arial" w:hAnsi="Arial"/>
                <w:b w:val="1"/>
                <w:bCs w:val="1"/>
                <w:sz w:val="16"/>
                <w:szCs w:val="16"/>
                <w:rtl w:val="0"/>
              </w:rPr>
              <w:t xml:space="preserve">Aprovado por:</w:t>
            </w:r>
            <w:r w:rsidDel="00000000" w:rsidR="00000000" w:rsidRPr="00000000">
              <w:rPr>
                <w:rtl w:val="0"/>
              </w:rPr>
            </w:r>
          </w:p>
        </w:tc>
      </w:tr>
      <w:tr>
        <w:trPr>
          <w:cantSplit w:val="0"/>
          <w:trHeight w:val="288.984375"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C">
            <w:pPr>
              <w:spacing w:after="0" w:line="240" w:lineRule="auto"/>
              <w:rPr>
                <w:rFonts w:ascii="Arial" w:cs="Arial" w:eastAsia="Arial" w:hAnsi="Arial"/>
                <w:b w:val="1"/>
                <w:bCs w:val="1"/>
                <w:sz w:val="16"/>
                <w:szCs w:val="16"/>
              </w:rPr>
            </w:pPr>
            <w:r w:rsidDel="00000000" w:rsidR="00000000" w:rsidRPr="00000000">
              <w:rPr>
                <w:rFonts w:ascii="Arial" w:cs="Arial" w:eastAsia="Arial" w:hAnsi="Arial"/>
                <w:sz w:val="16"/>
                <w:szCs w:val="16"/>
                <w:rtl w:val="0"/>
              </w:rPr>
              <w:t xml:space="preserve">Brenda Letícia Silva Gomes Bacelar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D">
            <w:pPr>
              <w:spacing w:after="0" w:line="240" w:lineRule="auto"/>
              <w:ind w:right="-20"/>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Dra. Monique Braga</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E">
            <w:pPr>
              <w:tabs>
                <w:tab w:val="center" w:leader="none" w:pos="4252"/>
                <w:tab w:val="right" w:leader="none" w:pos="8504"/>
              </w:tabs>
              <w:spacing w:after="0" w:line="240" w:lineRule="auto"/>
              <w:rPr>
                <w:rFonts w:ascii="Arial" w:cs="Arial" w:eastAsia="Arial" w:hAnsi="Arial"/>
                <w:b w:val="1"/>
                <w:bCs w:val="1"/>
                <w:sz w:val="16"/>
                <w:szCs w:val="16"/>
              </w:rPr>
            </w:pPr>
            <w:r w:rsidDel="00000000" w:rsidR="00000000" w:rsidRPr="00000000">
              <w:rPr>
                <w:rFonts w:ascii="Arial" w:cs="Arial" w:eastAsia="Arial" w:hAnsi="Arial"/>
                <w:sz w:val="16"/>
                <w:szCs w:val="16"/>
                <w:rtl w:val="0"/>
              </w:rPr>
              <w:t xml:space="preserve">Dr. Flavio Heleno Pereira de Sousa</w:t>
            </w:r>
            <w:r w:rsidDel="00000000" w:rsidR="00000000" w:rsidRPr="00000000">
              <w:rPr>
                <w:rtl w:val="0"/>
              </w:rPr>
            </w:r>
          </w:p>
        </w:tc>
      </w:tr>
    </w:tbl>
    <w:p w:rsidR="00000000" w:rsidDel="00000000" w:rsidP="00000000" w:rsidRDefault="00000000" w:rsidRPr="00000000" w14:paraId="0000000F">
      <w:pPr>
        <w:pStyle w:val="Heading1"/>
        <w:spacing w:before="0" w:lineRule="auto"/>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0">
      <w:pPr>
        <w:pStyle w:val="Heading1"/>
        <w:spacing w:before="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CHECKLIST PARA O CLIENTE - PENHORA</w:t>
      </w:r>
    </w:p>
    <w:p w:rsidR="00000000" w:rsidDel="00000000" w:rsidP="00000000" w:rsidRDefault="00000000" w:rsidRPr="00000000" w14:paraId="00000011">
      <w:pPr>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PREVISÃO LEGAL: ARTIGOS. 167, INC. I ITEM ‘5“, 239 E 240 DA LEI Nº 6.015/1973 (LEI DE REGISTROS PÚBLICOS);  ARTIGOS 756, I, D E 773, §2° DO CÓDIGO DE NORMAS E SERVIÇOS NOTARIAIS E DE REGISTRO ESTADUAL (TJPA); ARTS. 838 E 844 DO CÓDIGO DE PROCESSO CIVIL; CÓDIGO NACIONAL DE NORMAS DA CORREGEDORIA NACIONAL DE JUSTIÇA DO CONSELHO NACIONAL DE JUSTIÇA -  FORO EXTRAJUDICIAL (CNN/ CN/CNJ-EXTRA) - PROVIMENTO Nº 149/2023</w:t>
      </w:r>
    </w:p>
    <w:p w:rsidR="00000000" w:rsidDel="00000000" w:rsidP="00000000" w:rsidRDefault="00000000" w:rsidRPr="00000000" w14:paraId="00000012">
      <w:pPr>
        <w:spacing w:after="0" w:lineRule="auto"/>
        <w:jc w:val="both"/>
        <w:rPr>
          <w:rFonts w:ascii="Arial" w:cs="Arial" w:eastAsia="Arial" w:hAnsi="Arial"/>
          <w:sz w:val="20"/>
          <w:szCs w:val="20"/>
        </w:rPr>
      </w:pPr>
      <w:r w:rsidDel="00000000" w:rsidR="00000000" w:rsidRPr="00000000">
        <w:rPr>
          <w:rFonts w:ascii="Arial" w:cs="Arial" w:eastAsia="Arial" w:hAnsi="Arial"/>
          <w:b w:val="1"/>
          <w:bCs w:val="1"/>
          <w:sz w:val="18"/>
          <w:szCs w:val="18"/>
          <w:rtl w:val="0"/>
        </w:rPr>
        <w:t xml:space="preserve">CONCEITO</w:t>
      </w:r>
      <w:r w:rsidDel="00000000" w:rsidR="00000000" w:rsidRPr="00000000">
        <w:rPr>
          <w:rFonts w:ascii="Arial" w:cs="Arial" w:eastAsia="Arial" w:hAnsi="Arial"/>
          <w:sz w:val="18"/>
          <w:szCs w:val="18"/>
          <w:rtl w:val="0"/>
        </w:rPr>
        <w:t xml:space="preserve">: Este checklist tem o objetivo de orientar o cliente sobre os documentos necessários para o pedido de registro de penhora. As penhoras de imóveis serão registradas independentemente de mandado judicial, mediante apresentação de certidão, ofício judicial ou cópia do respectivo auto ou termo, que constem: a) Nome do juiz de direito; b) Nome do depositário com a sua assinatura; c) Nome e qualificação das partes; d) Natureza e numeração do processo; e) Descrição do imóvel arrestado com suas características essenciais, tais como número de matrícula/transcrição e endereço; f) Valor da execução; g) Data; h) Assinatura do oficial de justiça. OBS.: Deve haver coincidência entre o executado e o titular de domínio do imóvel penhorado. Somente é possível o registro da penhora em nome de terceiro, caso conste de maneira expressa nos documentos apresentados que o juiz tinha consciência da dissonância dominial e mesmo assim manteve a penhora, por entender que o terceiro também é responsável ou que a transferência foi feita mediante fraude à execução. Marque os itens já providenciados e utilize as observações para saber onde e como obter cada documento.</w:t>
      </w:r>
      <w:r w:rsidDel="00000000" w:rsidR="00000000" w:rsidRPr="00000000">
        <w:rPr>
          <w:rtl w:val="0"/>
        </w:rPr>
      </w:r>
    </w:p>
    <w:tbl>
      <w:tblPr>
        <w:tblStyle w:val="Table2"/>
        <w:tblW w:w="11400.0" w:type="dxa"/>
        <w:jc w:val="left"/>
        <w:tblInd w:w="12.992125984251857"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670"/>
        <w:gridCol w:w="5730"/>
        <w:tblGridChange w:id="0">
          <w:tblGrid>
            <w:gridCol w:w="5670"/>
            <w:gridCol w:w="5730"/>
          </w:tblGrid>
        </w:tblGridChange>
      </w:tblGrid>
      <w:tr>
        <w:trPr>
          <w:cantSplit w:val="1"/>
          <w:tblHeader w:val="0"/>
        </w:trPr>
        <w:tc>
          <w:tcPr>
            <w:tcBorders>
              <w:top w:color="17365d" w:space="0" w:sz="4" w:val="single"/>
              <w:left w:color="17365d" w:space="0" w:sz="4" w:val="single"/>
              <w:bottom w:color="17365d" w:space="0" w:sz="4" w:val="single"/>
              <w:right w:color="17365d" w:space="0" w:sz="4" w:val="single"/>
            </w:tcBorders>
            <w:shd w:fill="cfe2f3" w:val="clear"/>
          </w:tcPr>
          <w:p w:rsidR="00000000" w:rsidDel="00000000" w:rsidP="00000000" w:rsidRDefault="00000000" w:rsidRPr="00000000" w14:paraId="00000013">
            <w:pPr>
              <w:spacing w:after="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Documento / Item</w:t>
            </w:r>
          </w:p>
        </w:tc>
        <w:tc>
          <w:tcPr>
            <w:tcBorders>
              <w:top w:color="17365d" w:space="0" w:sz="4" w:val="single"/>
              <w:left w:color="17365d" w:space="0" w:sz="4" w:val="single"/>
              <w:bottom w:color="17365d" w:space="0" w:sz="4" w:val="single"/>
              <w:right w:color="17365d" w:space="0" w:sz="4" w:val="single"/>
            </w:tcBorders>
            <w:shd w:fill="cfe2f3" w:val="clear"/>
          </w:tcPr>
          <w:p w:rsidR="00000000" w:rsidDel="00000000" w:rsidP="00000000" w:rsidRDefault="00000000" w:rsidRPr="00000000" w14:paraId="00000014">
            <w:pPr>
              <w:spacing w:after="0"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Observação ao Cliente</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15">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Requerimento solicitando a averbação</w:t>
            </w:r>
          </w:p>
          <w:p w:rsidR="00000000" w:rsidDel="00000000" w:rsidP="00000000" w:rsidRDefault="00000000" w:rsidRPr="00000000" w14:paraId="00000016">
            <w:pPr>
              <w:spacing w:after="0" w:lineRule="auto"/>
              <w:ind w:left="0" w:firstLine="0"/>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artigos 13, inciso II; art. 222; art. 221, inciso II; art. 250, II,  da Lei nº 6.015/1973; art. 817 do Código de Normas do Estado do Pará</w:t>
            </w:r>
          </w:p>
          <w:p w:rsidR="00000000" w:rsidDel="00000000" w:rsidP="00000000" w:rsidRDefault="00000000" w:rsidRPr="00000000" w14:paraId="00000017">
            <w:pPr>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8">
            <w:pPr>
              <w:spacing w:after="0" w:lineRule="auto"/>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19">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 requerimento deverá ser assinado pelo(s) interessado(s) que, em regra, é(são) o(s) proprietário(s) titular(es) do direito real garantido pelo registro a ser retificado. </w:t>
            </w:r>
          </w:p>
          <w:p w:rsidR="00000000" w:rsidDel="00000000" w:rsidP="00000000" w:rsidRDefault="00000000" w:rsidRPr="00000000" w14:paraId="0000001A">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Todas as assinaturas apostas no requerimento deverão ser reconhecidas por tabelião no cartório de notas. </w:t>
            </w:r>
          </w:p>
          <w:p w:rsidR="00000000" w:rsidDel="00000000" w:rsidP="00000000" w:rsidRDefault="00000000" w:rsidRPr="00000000" w14:paraId="0000001B">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 requerimento só é necessário nos casos de apresentação por Certidão, Termo ou Auto de Penhora; </w:t>
            </w:r>
          </w:p>
          <w:p w:rsidR="00000000" w:rsidDel="00000000" w:rsidP="00000000" w:rsidRDefault="00000000" w:rsidRPr="00000000" w14:paraId="0000001C">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o requerimento seja assinado por procurador: </w:t>
            </w:r>
          </w:p>
          <w:p w:rsidR="00000000" w:rsidDel="00000000" w:rsidP="00000000" w:rsidRDefault="00000000" w:rsidRPr="00000000" w14:paraId="0000001D">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 Quando tratar-se de um procurador extrajudicial deverá ser apresentada a procuração com poderes específicos, com o respectivo reconhecimento de firma do mandante. </w:t>
            </w:r>
          </w:p>
          <w:p w:rsidR="00000000" w:rsidDel="00000000" w:rsidP="00000000" w:rsidRDefault="00000000" w:rsidRPr="00000000" w14:paraId="0000001E">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(b) Quando tratar-se de um procurador judicial deverá ser apresentada a procuração na via original ou cópia autenticada extraída do processo e autenticada pelo escrivão, não se fazendo necessário o reconhecimento de firma.</w:t>
            </w:r>
          </w:p>
          <w:p w:rsidR="00000000" w:rsidDel="00000000" w:rsidP="00000000" w:rsidRDefault="00000000" w:rsidRPr="00000000" w14:paraId="0000001F">
            <w:pPr>
              <w:spacing w:after="0" w:lineRule="auto"/>
              <w:jc w:val="both"/>
              <w:rPr>
                <w:rFonts w:ascii="Arial" w:cs="Arial" w:eastAsia="Arial" w:hAnsi="Arial"/>
                <w:b w:val="1"/>
                <w:bCs w:val="1"/>
                <w:i w:val="1"/>
                <w:iCs w:val="1"/>
                <w:sz w:val="20"/>
                <w:szCs w:val="20"/>
              </w:rPr>
            </w:pPr>
            <w:r w:rsidDel="00000000" w:rsidR="00000000" w:rsidRPr="00000000">
              <w:rPr>
                <w:rFonts w:ascii="Arial" w:cs="Arial" w:eastAsia="Arial" w:hAnsi="Arial"/>
                <w:b w:val="1"/>
                <w:bCs w:val="1"/>
                <w:i w:val="1"/>
                <w:iCs w:val="1"/>
                <w:sz w:val="18"/>
                <w:szCs w:val="18"/>
                <w:rtl w:val="0"/>
              </w:rPr>
              <w:t xml:space="preserve">- Requerimento disponível no site </w:t>
            </w:r>
            <w:hyperlink r:id="rId7">
              <w:r w:rsidDel="00000000" w:rsidR="00000000" w:rsidRPr="00000000">
                <w:rPr>
                  <w:rFonts w:ascii="Arial" w:cs="Arial" w:eastAsia="Arial" w:hAnsi="Arial"/>
                  <w:b w:val="1"/>
                  <w:bCs w:val="1"/>
                  <w:i w:val="1"/>
                  <w:iCs w:val="1"/>
                  <w:color w:val="1155cc"/>
                  <w:sz w:val="18"/>
                  <w:szCs w:val="18"/>
                  <w:u w:val="single"/>
                  <w:rtl w:val="0"/>
                </w:rPr>
                <w:t xml:space="preserve">www.2sribelem.com.br</w:t>
              </w:r>
            </w:hyperlink>
            <w:r w:rsidDel="00000000" w:rsidR="00000000" w:rsidRPr="00000000">
              <w:rPr>
                <w:rFonts w:ascii="Arial" w:cs="Arial" w:eastAsia="Arial" w:hAnsi="Arial"/>
                <w:b w:val="1"/>
                <w:bCs w:val="1"/>
                <w:i w:val="1"/>
                <w:iCs w:val="1"/>
                <w:sz w:val="18"/>
                <w:szCs w:val="18"/>
                <w:rtl w:val="0"/>
              </w:rPr>
              <w:t xml:space="preserve"> ou no atendimento presencialmente.</w:t>
            </w:r>
            <w:r w:rsidDel="00000000" w:rsidR="00000000" w:rsidRPr="00000000">
              <w:rPr>
                <w:rtl w:val="0"/>
              </w:rPr>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0">
            <w:pPr>
              <w:spacing w:after="0" w:lineRule="auto"/>
              <w:jc w:val="both"/>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 Se o Requerimento solicitando a averbação for apresentado em </w:t>
            </w:r>
            <w:r w:rsidDel="00000000" w:rsidR="00000000" w:rsidRPr="00000000">
              <w:rPr>
                <w:rFonts w:ascii="Arial" w:cs="Arial" w:eastAsia="Arial" w:hAnsi="Arial"/>
                <w:b w:val="1"/>
                <w:bCs w:val="1"/>
                <w:sz w:val="20"/>
                <w:szCs w:val="20"/>
                <w:rtl w:val="0"/>
              </w:rPr>
              <w:t xml:space="preserve">formato eletrônico</w:t>
            </w:r>
          </w:p>
          <w:p w:rsidR="00000000" w:rsidDel="00000000" w:rsidP="00000000" w:rsidRDefault="00000000" w:rsidRPr="00000000" w14:paraId="00000021">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208, II c/c art. 210 do Provimento nº 149/2023 do CNJ e Provimento nº 180/2024 do CNJ</w:t>
            </w:r>
          </w:p>
          <w:p w:rsidR="00000000" w:rsidDel="00000000" w:rsidP="00000000" w:rsidRDefault="00000000" w:rsidRPr="00000000" w14:paraId="00000022">
            <w:pPr>
              <w:spacing w:after="0" w:lineRule="auto"/>
              <w:rPr>
                <w:rFonts w:ascii="Arial" w:cs="Arial" w:eastAsia="Arial" w:hAnsi="Arial"/>
                <w:i w:val="1"/>
                <w:iCs w:val="1"/>
                <w:sz w:val="16"/>
                <w:szCs w:val="16"/>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3">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Deverá ser estruturado eletronicamente e estar assinado digitalmente com assinatura eletrônica avançada ou qualificada, por todas as partes, com uso de certificado emitido com os requisitos da Infraestrutura de Chaves Públicas Brasileira (ICP-Brasil), ou avançadas, por meio do “e-Notariado” ou do “Portal Gov.br”.</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4">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Documento de identificação do proprietário (se for </w:t>
            </w:r>
            <w:r w:rsidDel="00000000" w:rsidR="00000000" w:rsidRPr="00000000">
              <w:rPr>
                <w:rFonts w:ascii="Arial" w:cs="Arial" w:eastAsia="Arial" w:hAnsi="Arial"/>
                <w:b w:val="1"/>
                <w:bCs w:val="1"/>
                <w:sz w:val="20"/>
                <w:szCs w:val="20"/>
                <w:rtl w:val="0"/>
              </w:rPr>
              <w:t xml:space="preserve">pessoa física</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25">
            <w:pPr>
              <w:spacing w:after="0" w:lineRule="auto"/>
              <w:rPr>
                <w:rFonts w:ascii="Arial" w:cs="Arial" w:eastAsia="Arial" w:hAnsi="Arial"/>
                <w:sz w:val="20"/>
                <w:szCs w:val="20"/>
              </w:rPr>
            </w:pPr>
            <w:r w:rsidDel="00000000" w:rsidR="00000000" w:rsidRPr="00000000">
              <w:rPr>
                <w:rFonts w:ascii="Arial" w:cs="Arial" w:eastAsia="Arial" w:hAnsi="Arial"/>
                <w:i w:val="1"/>
                <w:iCs w:val="1"/>
                <w:sz w:val="16"/>
                <w:szCs w:val="16"/>
                <w:rtl w:val="0"/>
              </w:rPr>
              <w:t xml:space="preserve">Fundamentação: art. 176, §1º, item 4, alínea a, da Lei nº 6.015/1973.</w:t>
            </w: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6">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É necessário apresentar qualificação subjetiva completa, contendo: Nome completo (sem abreviações), nacionalidade, estado civil, profissão, domicílio ou residência, número de inscrição no Cadastro de Pessoas Físicas (CPF), número do documento oficial de identidade (RG) ou, na ausência deste, filiação. Se casado, informar também o nome completo e a qualificação do cônjuge, o regime de bens do casamento e a data em que foi celebrado, indicando se ocorreu antes ou depois da Lei nº 6.515, de 26 de dezembro de 1977.</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7">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Documento de identificação do proprietário (se for </w:t>
            </w:r>
            <w:r w:rsidDel="00000000" w:rsidR="00000000" w:rsidRPr="00000000">
              <w:rPr>
                <w:rFonts w:ascii="Arial" w:cs="Arial" w:eastAsia="Arial" w:hAnsi="Arial"/>
                <w:b w:val="1"/>
                <w:bCs w:val="1"/>
                <w:sz w:val="20"/>
                <w:szCs w:val="20"/>
                <w:rtl w:val="0"/>
              </w:rPr>
              <w:t xml:space="preserve">pessoa jurídica</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28">
            <w:pPr>
              <w:spacing w:after="0" w:lineRule="auto"/>
              <w:rPr>
                <w:rFonts w:ascii="Arial" w:cs="Arial" w:eastAsia="Arial" w:hAnsi="Arial"/>
                <w:sz w:val="20"/>
                <w:szCs w:val="20"/>
              </w:rPr>
            </w:pPr>
            <w:r w:rsidDel="00000000" w:rsidR="00000000" w:rsidRPr="00000000">
              <w:rPr>
                <w:rFonts w:ascii="Arial" w:cs="Arial" w:eastAsia="Arial" w:hAnsi="Arial"/>
                <w:i w:val="1"/>
                <w:iCs w:val="1"/>
                <w:sz w:val="16"/>
                <w:szCs w:val="16"/>
                <w:rtl w:val="0"/>
              </w:rPr>
              <w:t xml:space="preserve">Fundamentação: art. 176, §1º, item 4, alínea b, da Lei nº 6.015/1973; artigo 661, §1º, do Código Civil</w:t>
            </w:r>
            <w:r w:rsidDel="00000000" w:rsidR="00000000" w:rsidRPr="00000000">
              <w:rPr>
                <w:rtl w:val="0"/>
              </w:rPr>
            </w:r>
          </w:p>
          <w:p w:rsidR="00000000" w:rsidDel="00000000" w:rsidP="00000000" w:rsidRDefault="00000000" w:rsidRPr="00000000" w14:paraId="00000029">
            <w:pPr>
              <w:spacing w:after="0" w:lineRule="auto"/>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A">
            <w:pPr>
              <w:spacing w:after="0" w:lineRule="auto"/>
              <w:jc w:val="both"/>
              <w:rPr>
                <w:rFonts w:ascii="Arial" w:cs="Arial" w:eastAsia="Arial" w:hAnsi="Arial"/>
                <w:b w:val="1"/>
                <w:bCs w:val="1"/>
              </w:rPr>
            </w:pPr>
            <w:r w:rsidDel="00000000" w:rsidR="00000000" w:rsidRPr="00000000">
              <w:rPr>
                <w:rFonts w:ascii="Arial" w:cs="Arial" w:eastAsia="Arial" w:hAnsi="Arial"/>
                <w:sz w:val="20"/>
                <w:szCs w:val="20"/>
                <w:rtl w:val="0"/>
              </w:rPr>
              <w:t xml:space="preserve">Se representada por administrador ou diretor, deverá ser apresentado o contrato social consolidado e eventuais alterações posteriores, se houver,</w:t>
            </w:r>
            <w:r w:rsidDel="00000000" w:rsidR="00000000" w:rsidRPr="00000000">
              <w:rPr>
                <w:rFonts w:ascii="Arial" w:cs="Arial" w:eastAsia="Arial" w:hAnsi="Arial"/>
                <w:b w:val="1"/>
                <w:bCs w:val="1"/>
                <w:rtl w:val="0"/>
              </w:rPr>
              <w:t xml:space="preserve"> ou</w:t>
            </w:r>
          </w:p>
          <w:p w:rsidR="00000000" w:rsidDel="00000000" w:rsidP="00000000" w:rsidRDefault="00000000" w:rsidRPr="00000000" w14:paraId="0000002B">
            <w:pPr>
              <w:spacing w:after="0" w:lineRule="auto"/>
              <w:jc w:val="both"/>
              <w:rPr>
                <w:rFonts w:ascii="Arial" w:cs="Arial" w:eastAsia="Arial" w:hAnsi="Arial"/>
                <w:b w:val="1"/>
                <w:bCs w:val="1"/>
              </w:rPr>
            </w:pPr>
            <w:r w:rsidDel="00000000" w:rsidR="00000000" w:rsidRPr="00000000">
              <w:rPr>
                <w:rFonts w:ascii="Arial" w:cs="Arial" w:eastAsia="Arial" w:hAnsi="Arial"/>
                <w:sz w:val="20"/>
                <w:szCs w:val="20"/>
                <w:rtl w:val="0"/>
              </w:rPr>
              <w:t xml:space="preserve">Deve ser apresentado o Estatuto Social e a Ata de Assembleia de Eleição da Diretoria com o código de verificação para validação no site da Junta Comercial, quando aplicável,</w:t>
            </w:r>
            <w:r w:rsidDel="00000000" w:rsidR="00000000" w:rsidRPr="00000000">
              <w:rPr>
                <w:rFonts w:ascii="Arial" w:cs="Arial" w:eastAsia="Arial" w:hAnsi="Arial"/>
                <w:b w:val="1"/>
                <w:bCs w:val="1"/>
                <w:sz w:val="20"/>
                <w:szCs w:val="20"/>
                <w:rtl w:val="0"/>
              </w:rPr>
              <w:t xml:space="preserve"> </w:t>
            </w:r>
            <w:r w:rsidDel="00000000" w:rsidR="00000000" w:rsidRPr="00000000">
              <w:rPr>
                <w:rFonts w:ascii="Arial" w:cs="Arial" w:eastAsia="Arial" w:hAnsi="Arial"/>
                <w:b w:val="1"/>
                <w:bCs w:val="1"/>
                <w:rtl w:val="0"/>
              </w:rPr>
              <w:t xml:space="preserve">ou estar </w:t>
            </w:r>
          </w:p>
          <w:p w:rsidR="00000000" w:rsidDel="00000000" w:rsidP="00000000" w:rsidRDefault="00000000" w:rsidRPr="00000000" w14:paraId="0000002C">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Acompanhado de certidão de registro dos atos emitida pelo Registro Civil das Pessoas Jurídicas.</w:t>
            </w:r>
          </w:p>
          <w:p w:rsidR="00000000" w:rsidDel="00000000" w:rsidP="00000000" w:rsidRDefault="00000000" w:rsidRPr="00000000" w14:paraId="0000002D">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Havendo mais de um administrador, bastará a assinatura de qualquer um deles, desde que não exista previsão em contrário no seu ato constitutivo</w:t>
            </w:r>
          </w:p>
          <w:p w:rsidR="00000000" w:rsidDel="00000000" w:rsidP="00000000" w:rsidRDefault="00000000" w:rsidRPr="00000000" w14:paraId="0000002E">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Os documentos podem ser apresentados na via original ou em cópia autenticada. </w:t>
            </w:r>
          </w:p>
          <w:p w:rsidR="00000000" w:rsidDel="00000000" w:rsidP="00000000" w:rsidRDefault="00000000" w:rsidRPr="00000000" w14:paraId="0000002F">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pessoa jurídica: informar a razão social, a sede ou endereço e o número de inscrição no CNPJ. É obrigatória a inscrição no CNPJ das pessoas jurídicas domiciliadas no exterior que possuam imóveis no País ou direitos reais a eles relativos.</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0">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Procuração válida (se houver representante)</w:t>
            </w:r>
          </w:p>
          <w:p w:rsidR="00000000" w:rsidDel="00000000" w:rsidP="00000000" w:rsidRDefault="00000000" w:rsidRPr="00000000" w14:paraId="00000031">
            <w:pPr>
              <w:spacing w:after="0" w:lineRule="auto"/>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artigo 661, §1º, artigo 1.018 do Código Civil; art. 913 do Código de Normas do Estado do Pará.</w:t>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2">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o pedido for feito por representante, apresentar procuração</w:t>
            </w:r>
            <w:r w:rsidDel="00000000" w:rsidR="00000000" w:rsidRPr="00000000">
              <w:rPr>
                <w:rFonts w:ascii="Arial" w:cs="Arial" w:eastAsia="Arial" w:hAnsi="Arial"/>
                <w:b w:val="1"/>
                <w:bCs w:val="1"/>
                <w:sz w:val="20"/>
                <w:szCs w:val="20"/>
                <w:rtl w:val="0"/>
              </w:rPr>
              <w:t xml:space="preserve"> original ou cópia autenticada</w:t>
            </w:r>
            <w:r w:rsidDel="00000000" w:rsidR="00000000" w:rsidRPr="00000000">
              <w:rPr>
                <w:rFonts w:ascii="Arial" w:cs="Arial" w:eastAsia="Arial" w:hAnsi="Arial"/>
                <w:sz w:val="20"/>
                <w:szCs w:val="20"/>
                <w:rtl w:val="0"/>
              </w:rPr>
              <w:t xml:space="preserve"> com poderes específicos para o ato. Se for em formato digital deve estar assinado digitalmente com assinatura eletrônica avançada ou qualificada. </w:t>
            </w:r>
          </w:p>
          <w:p w:rsidR="00000000" w:rsidDel="00000000" w:rsidP="00000000" w:rsidRDefault="00000000" w:rsidRPr="00000000" w14:paraId="00000033">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Apresentar procuração por Certidão ou Traslado quando for procuração pública. Caso seja procuração particular, apresentar o original com assinatura reconhecida do Outorgante.</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4">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Certidão de inteiro teor atualizada da matrícula </w:t>
            </w:r>
          </w:p>
          <w:p w:rsidR="00000000" w:rsidDel="00000000" w:rsidP="00000000" w:rsidRDefault="00000000" w:rsidRPr="00000000" w14:paraId="00000035">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818 do Código de Normas do Pará </w:t>
            </w:r>
          </w:p>
          <w:p w:rsidR="00000000" w:rsidDel="00000000" w:rsidP="00000000" w:rsidRDefault="00000000" w:rsidRPr="00000000" w14:paraId="00000036">
            <w:pPr>
              <w:spacing w:after="0" w:lineRule="auto"/>
              <w:jc w:val="both"/>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7">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Em caso de mudança de circunscrição, apresentar a Certidão de inteiro teor da matrícula emitida há no máximo </w:t>
            </w:r>
            <w:r w:rsidDel="00000000" w:rsidR="00000000" w:rsidRPr="00000000">
              <w:rPr>
                <w:rFonts w:ascii="Arial" w:cs="Arial" w:eastAsia="Arial" w:hAnsi="Arial"/>
                <w:b w:val="1"/>
                <w:bCs w:val="1"/>
                <w:sz w:val="20"/>
                <w:szCs w:val="20"/>
                <w:rtl w:val="0"/>
              </w:rPr>
              <w:t xml:space="preserve">30 dias expedida pelo cartório de origem</w:t>
            </w:r>
            <w:r w:rsidDel="00000000" w:rsidR="00000000" w:rsidRPr="00000000">
              <w:rPr>
                <w:rFonts w:ascii="Arial" w:cs="Arial" w:eastAsia="Arial" w:hAnsi="Arial"/>
                <w:sz w:val="20"/>
                <w:szCs w:val="20"/>
                <w:rtl w:val="0"/>
              </w:rPr>
              <w:t xml:space="preserve">. Ela pode ser solicitada no próprio cartório de registro de imóveis presencialmente ou pelo site </w:t>
            </w:r>
            <w:hyperlink r:id="rId8">
              <w:r w:rsidDel="00000000" w:rsidR="00000000" w:rsidRPr="00000000">
                <w:rPr>
                  <w:rFonts w:ascii="Arial" w:cs="Arial" w:eastAsia="Arial" w:hAnsi="Arial"/>
                  <w:color w:val="1155cc"/>
                  <w:sz w:val="20"/>
                  <w:szCs w:val="20"/>
                  <w:u w:val="single"/>
                  <w:rtl w:val="0"/>
                </w:rPr>
                <w:t xml:space="preserve">www.ridigital.org.br</w:t>
              </w:r>
            </w:hyperlink>
            <w:r w:rsidDel="00000000" w:rsidR="00000000" w:rsidRPr="00000000">
              <w:rPr>
                <w:rFonts w:ascii="Arial" w:cs="Arial" w:eastAsia="Arial" w:hAnsi="Arial"/>
                <w:sz w:val="20"/>
                <w:szCs w:val="20"/>
                <w:rtl w:val="0"/>
              </w:rPr>
              <w:t xml:space="preserve"> ou baixe o aplicativo RI Digital.</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8">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Certidão de ônus e ações do Registro de Imóveis </w:t>
            </w:r>
          </w:p>
          <w:p w:rsidR="00000000" w:rsidDel="00000000" w:rsidP="00000000" w:rsidRDefault="00000000" w:rsidRPr="00000000" w14:paraId="00000039">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1º, IV do Dec. nº 93.240/86 e art. 818 do Código de Normas do Pará </w:t>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A">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Em caso de imóvel oriundo de Transcrição, apresentar Certidões de Inteiro Teor e de Ônus atualizadas (30 dias), expedidas pelo Cartório de origem.</w:t>
            </w:r>
          </w:p>
          <w:p w:rsidR="00000000" w:rsidDel="00000000" w:rsidP="00000000" w:rsidRDefault="00000000" w:rsidRPr="00000000" w14:paraId="0000003B">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Será analisado se sobre o imóvel incide algum ônus impeditivo para lançamento da penhora. O usufruto é direito personalíssimo, motivo pelo qual não pode ser objeto de penhora; caso a penhora recaia sobre os direitos de um contrato de promessa de compra e venda o registro do referido contrato será obrigatório; imóveis gravados com hipoteca cedular não podem ser penhorados; imóveis gravados com alienação fiduciária podem ser penhorados, mas tem que constar expressamente que a penhora recai sobre os direitos expectativos de aquisição; imóveis gravados com cláusula de impenhorabilidade podem ser penhorados somente nos casos de: a) execuções de dívidas tributárias do respectivo imóvel; b) débitos com a Fazenda Pública e dos Institutos; e c) das dívidas condominiais; imóveis gravados como bem de família podem ser penhorados em decorrência de: a) dívidas com trabalhadores da própria residência; b) dívida de financiamento destinado à construção ou aquisição do respectivo imóvel; c) cobrança de impostos predial ou territorial, taxas e contribuições devidas em função do imóvel; d)execução de hipoteca oferecida como garantia real pelo casal ou entidade familiar; e)fiança concedida em contrato de locação; e f)dívidas condominiais. </w:t>
            </w:r>
          </w:p>
          <w:p w:rsidR="00000000" w:rsidDel="00000000" w:rsidP="00000000" w:rsidRDefault="00000000" w:rsidRPr="00000000" w14:paraId="0000003C">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Obs: Em todos os casos o registro não deve ser negado diretamente, deve-se consultar o órgão que determinou a penhora, por meio de comunicação direta ao juízo.</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D">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Documentos comprobatórios para </w:t>
            </w:r>
            <w:r w:rsidDel="00000000" w:rsidR="00000000" w:rsidRPr="00000000">
              <w:rPr>
                <w:rFonts w:ascii="Arial" w:cs="Arial" w:eastAsia="Arial" w:hAnsi="Arial"/>
                <w:b w:val="1"/>
                <w:bCs w:val="1"/>
                <w:sz w:val="20"/>
                <w:szCs w:val="20"/>
                <w:rtl w:val="0"/>
              </w:rPr>
              <w:t xml:space="preserve">averbação da qualificação subjetiva (dados do proprietário)</w:t>
            </w:r>
            <w:r w:rsidDel="00000000" w:rsidR="00000000" w:rsidRPr="00000000">
              <w:rPr>
                <w:rFonts w:ascii="Arial" w:cs="Arial" w:eastAsia="Arial" w:hAnsi="Arial"/>
                <w:sz w:val="20"/>
                <w:szCs w:val="20"/>
                <w:rtl w:val="0"/>
              </w:rPr>
              <w:t xml:space="preserve">, quando houver divergência ou desatualização dos dados constantes no registro.</w:t>
            </w:r>
          </w:p>
          <w:p w:rsidR="00000000" w:rsidDel="00000000" w:rsidP="00000000" w:rsidRDefault="00000000" w:rsidRPr="00000000" w14:paraId="0000003E">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Artigos 755, inc. V c/c 832 e seguintes c/c do Código de Normas do Pará c/c art. 1º, IV do Dec. nº 93.240/86; Art. 440-AS, I, II c/c Art. 440-AT, do Código Nacional de Normas. </w:t>
            </w:r>
          </w:p>
          <w:p w:rsidR="00000000" w:rsidDel="00000000" w:rsidP="00000000" w:rsidRDefault="00000000" w:rsidRPr="00000000" w14:paraId="0000003F">
            <w:pPr>
              <w:spacing w:after="0" w:lineRule="auto"/>
              <w:jc w:val="both"/>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0">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os dados do proprietário estejam desatualizados no registro/matrícula do imóvel, deverá ser solicitada a averbação correspondente (ex.: retificação de dados pessoais, averbação de casamento, separação, divórcio ou alteração de razão social).</w:t>
            </w:r>
          </w:p>
          <w:p w:rsidR="00000000" w:rsidDel="00000000" w:rsidP="00000000" w:rsidRDefault="00000000" w:rsidRPr="00000000" w14:paraId="00000041">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Os documentos comprobatórios devem ser apresentados em via original ou cópia autenticada em cartório.</w:t>
            </w:r>
          </w:p>
          <w:p w:rsidR="00000000" w:rsidDel="00000000" w:rsidP="00000000" w:rsidRDefault="00000000" w:rsidRPr="00000000" w14:paraId="00000042">
            <w:pPr>
              <w:spacing w:after="0" w:lineRule="auto"/>
              <w:jc w:val="both"/>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Dependendo do caso, poderá ser necessário cumprir checklist específico do tipo de averbação.</w:t>
            </w:r>
            <w:r w:rsidDel="00000000" w:rsidR="00000000" w:rsidRPr="00000000">
              <w:rPr>
                <w:rtl w:val="0"/>
              </w:rPr>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3">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Escritura Pública de Pacto Antenupcial (via original).</w:t>
            </w:r>
          </w:p>
          <w:p w:rsidR="00000000" w:rsidDel="00000000" w:rsidP="00000000" w:rsidRDefault="00000000" w:rsidRPr="00000000" w14:paraId="00000044">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já tenha sido registrado, informar o número do registro e a circunscrição do Registro de Imóveis onde o pacto foi registrado no Livro 3 – Registro Auxiliar.</w:t>
            </w:r>
          </w:p>
          <w:p w:rsidR="00000000" w:rsidDel="00000000" w:rsidP="00000000" w:rsidRDefault="00000000" w:rsidRPr="00000000" w14:paraId="00000045">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833 do Código de Normas do Pará </w:t>
            </w:r>
          </w:p>
          <w:p w:rsidR="00000000" w:rsidDel="00000000" w:rsidP="00000000" w:rsidRDefault="00000000" w:rsidRPr="00000000" w14:paraId="00000046">
            <w:pPr>
              <w:spacing w:after="0" w:lineRule="auto"/>
              <w:jc w:val="both"/>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7">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o casamento foi celebrado com regime de bens que exige pacto antenupcial (como separação convencional de bens, participação final nos aquestos, entre outros), é necessário que o pacto esteja previamente registrado no Livro 3 – Registro Auxiliar do Registro de Imóveis do domicílio conjugal dos nubentes.</w:t>
            </w:r>
          </w:p>
          <w:p w:rsidR="00000000" w:rsidDel="00000000" w:rsidP="00000000" w:rsidRDefault="00000000" w:rsidRPr="00000000" w14:paraId="00000048">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Após esse registro, o pacto também deverá ser averbado na matrícula do imóvel (Livro 2 – Registro Geral), sendo obrigatória a apresentação da Escritura Pública de Pacto Antenupcial em via original.</w:t>
            </w:r>
          </w:p>
          <w:p w:rsidR="00000000" w:rsidDel="00000000" w:rsidP="00000000" w:rsidRDefault="00000000" w:rsidRPr="00000000" w14:paraId="00000049">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o pacto já tenha sido registrado em outro Registro de Imóveis, o interessado deverá informar o número do registro e a respectiva circunscrição.</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A">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Documentos para </w:t>
            </w:r>
            <w:r w:rsidDel="00000000" w:rsidR="00000000" w:rsidRPr="00000000">
              <w:rPr>
                <w:rFonts w:ascii="Arial" w:cs="Arial" w:eastAsia="Arial" w:hAnsi="Arial"/>
                <w:b w:val="1"/>
                <w:bCs w:val="1"/>
                <w:sz w:val="20"/>
                <w:szCs w:val="20"/>
                <w:rtl w:val="0"/>
              </w:rPr>
              <w:t xml:space="preserve">averbação da qualificação objetiva (dados do imóvel)</w:t>
            </w:r>
            <w:r w:rsidDel="00000000" w:rsidR="00000000" w:rsidRPr="00000000">
              <w:rPr>
                <w:rFonts w:ascii="Arial" w:cs="Arial" w:eastAsia="Arial" w:hAnsi="Arial"/>
                <w:sz w:val="20"/>
                <w:szCs w:val="20"/>
                <w:rtl w:val="0"/>
              </w:rPr>
              <w:t xml:space="preserve">, quando houver alteração ou informação ainda não constante na matrícula (ex.: inscrição imobiliária, construção ou domínio).</w:t>
            </w:r>
          </w:p>
          <w:p w:rsidR="00000000" w:rsidDel="00000000" w:rsidP="00000000" w:rsidRDefault="00000000" w:rsidRPr="00000000" w14:paraId="0000004B">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Artigos 755, inc. IV c/c 825 e seguintes do Código de Normas do Pará; Art. 440-AS, inc. III c/c Art. 440-AV, do Código Nacional de Normas. </w:t>
            </w:r>
          </w:p>
          <w:p w:rsidR="00000000" w:rsidDel="00000000" w:rsidP="00000000" w:rsidRDefault="00000000" w:rsidRPr="00000000" w14:paraId="0000004C">
            <w:pPr>
              <w:spacing w:after="0" w:lineRule="auto"/>
              <w:jc w:val="both"/>
              <w:rPr>
                <w:rFonts w:ascii="Arial" w:cs="Arial" w:eastAsia="Arial" w:hAnsi="Arial"/>
                <w:i w:val="1"/>
                <w:iCs w:val="1"/>
                <w:sz w:val="16"/>
                <w:szCs w:val="16"/>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D">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Deverá ser apresentada a Certidão de Cadastro Imobiliário do ano vigente e o espelho do IPTU do ano vigente.</w:t>
            </w:r>
          </w:p>
          <w:p w:rsidR="00000000" w:rsidDel="00000000" w:rsidP="00000000" w:rsidRDefault="00000000" w:rsidRPr="00000000" w14:paraId="0000004E">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Ambos os documentos podem ser emitidos eletronicamente no site da SEFIN (Secretaria de Finanças do Município de Belém), pelo link:</w:t>
            </w:r>
          </w:p>
          <w:p w:rsidR="00000000" w:rsidDel="00000000" w:rsidP="00000000" w:rsidRDefault="00000000" w:rsidRPr="00000000" w14:paraId="0000004F">
            <w:pPr>
              <w:spacing w:after="0" w:lineRule="auto"/>
              <w:jc w:val="both"/>
              <w:rPr>
                <w:rFonts w:ascii="Arial" w:cs="Arial" w:eastAsia="Arial" w:hAnsi="Arial"/>
                <w:sz w:val="20"/>
                <w:szCs w:val="20"/>
              </w:rPr>
            </w:pPr>
            <w:hyperlink r:id="rId9">
              <w:r w:rsidDel="00000000" w:rsidR="00000000" w:rsidRPr="00000000">
                <w:rPr>
                  <w:rFonts w:ascii="Arial" w:cs="Arial" w:eastAsia="Arial" w:hAnsi="Arial"/>
                  <w:color w:val="1155cc"/>
                  <w:sz w:val="20"/>
                  <w:szCs w:val="20"/>
                  <w:u w:val="single"/>
                  <w:rtl w:val="0"/>
                </w:rPr>
                <w:t xml:space="preserve">http://siat.belem.pa.gov.br:8081/cadastro/pages/imobiliario/externo/imovelConsultaExterna.jsf</w:t>
              </w:r>
            </w:hyperlink>
            <w:r w:rsidDel="00000000" w:rsidR="00000000" w:rsidRPr="00000000">
              <w:rPr>
                <w:rFonts w:ascii="Arial" w:cs="Arial" w:eastAsia="Arial" w:hAnsi="Arial"/>
                <w:sz w:val="20"/>
                <w:szCs w:val="20"/>
                <w:rtl w:val="0"/>
              </w:rPr>
              <w:t xml:space="preserve">. Caso seja necessária a averbação de alguma informação do imóvel, poderão ser solicitados documentos complementares, conforme o caso.</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50">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Documentos ou certidões dos registros anteriores do imóvel que indiquem a natureza do </w:t>
            </w:r>
            <w:r w:rsidDel="00000000" w:rsidR="00000000" w:rsidRPr="00000000">
              <w:rPr>
                <w:rFonts w:ascii="Arial" w:cs="Arial" w:eastAsia="Arial" w:hAnsi="Arial"/>
                <w:b w:val="1"/>
                <w:bCs w:val="1"/>
                <w:sz w:val="20"/>
                <w:szCs w:val="20"/>
                <w:rtl w:val="0"/>
              </w:rPr>
              <w:t xml:space="preserve">domínio</w:t>
            </w:r>
            <w:r w:rsidDel="00000000" w:rsidR="00000000" w:rsidRPr="00000000">
              <w:rPr>
                <w:rFonts w:ascii="Arial" w:cs="Arial" w:eastAsia="Arial" w:hAnsi="Arial"/>
                <w:sz w:val="20"/>
                <w:szCs w:val="20"/>
                <w:rtl w:val="0"/>
              </w:rPr>
              <w:t xml:space="preserve">, quando houver.</w:t>
            </w:r>
          </w:p>
          <w:p w:rsidR="00000000" w:rsidDel="00000000" w:rsidP="00000000" w:rsidRDefault="00000000" w:rsidRPr="00000000" w14:paraId="00000051">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440-AR do Código Nacional de Normas; Art. 825 e seguintes do Código de Normas do Pará</w:t>
            </w:r>
          </w:p>
          <w:p w:rsidR="00000000" w:rsidDel="00000000" w:rsidP="00000000" w:rsidRDefault="00000000" w:rsidRPr="00000000" w14:paraId="00000052">
            <w:pPr>
              <w:spacing w:after="0" w:lineRule="auto"/>
              <w:jc w:val="both"/>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53">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Deve-se verificar nos registros anteriores do imóvel se há informação sobre a alodialidade ou tipo de domínio, especialmente quando se tratar de domínio da União (SPU) ou do Município (CODEM).</w:t>
            </w:r>
          </w:p>
          <w:p w:rsidR="00000000" w:rsidDel="00000000" w:rsidP="00000000" w:rsidRDefault="00000000" w:rsidRPr="00000000" w14:paraId="00000054">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essa informação conste nos registros anteriores, ela deverá ser reproduzida no ato indicando expressamente o tipo de domínio do imóvel.</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55">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Certidão do Registro Anterior do imóvel (se houver), contendo a </w:t>
            </w:r>
            <w:r w:rsidDel="00000000" w:rsidR="00000000" w:rsidRPr="00000000">
              <w:rPr>
                <w:rFonts w:ascii="Arial" w:cs="Arial" w:eastAsia="Arial" w:hAnsi="Arial"/>
                <w:b w:val="1"/>
                <w:bCs w:val="1"/>
                <w:sz w:val="20"/>
                <w:szCs w:val="20"/>
                <w:rtl w:val="0"/>
              </w:rPr>
              <w:t xml:space="preserve">descrição completa e atualizada</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56">
            <w:pPr>
              <w:spacing w:after="0" w:lineRule="auto"/>
              <w:jc w:val="both"/>
              <w:rPr>
                <w:rFonts w:ascii="Arial" w:cs="Arial" w:eastAsia="Arial" w:hAnsi="Arial"/>
                <w:sz w:val="20"/>
                <w:szCs w:val="20"/>
              </w:rPr>
            </w:pPr>
            <w:r w:rsidDel="00000000" w:rsidR="00000000" w:rsidRPr="00000000">
              <w:rPr>
                <w:rFonts w:ascii="Arial" w:cs="Arial" w:eastAsia="Arial" w:hAnsi="Arial"/>
                <w:i w:val="1"/>
                <w:iCs w:val="1"/>
                <w:sz w:val="16"/>
                <w:szCs w:val="16"/>
                <w:rtl w:val="0"/>
              </w:rPr>
              <w:t xml:space="preserve">Fundamentação: Art. 176 da Lei 6.015/73 c/c Art. 825 e seguintes do Código de Normas do Pará</w:t>
            </w: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57">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É necessário que o imóvel esteja especializado objetivamente no registro anterior, ou seja, que a certidão apresente a descrição completa do bem.</w:t>
            </w:r>
          </w:p>
          <w:p w:rsidR="00000000" w:rsidDel="00000000" w:rsidP="00000000" w:rsidRDefault="00000000" w:rsidRPr="00000000" w14:paraId="00000058">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 Se o imóvel for urbano:</w:t>
            </w:r>
          </w:p>
          <w:p w:rsidR="00000000" w:rsidDel="00000000" w:rsidP="00000000" w:rsidRDefault="00000000" w:rsidRPr="00000000" w14:paraId="00000059">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 certidão deve conter, sempre que possível: características e confrontações, localização, área, medidas perimetrais, logradouro, número de designação e inscrição de IPTU, se houver.</w:t>
            </w:r>
          </w:p>
          <w:p w:rsidR="00000000" w:rsidDel="00000000" w:rsidP="00000000" w:rsidRDefault="00000000" w:rsidRPr="00000000" w14:paraId="0000005A">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b) Se o imóvel for rural:</w:t>
            </w:r>
          </w:p>
          <w:p w:rsidR="00000000" w:rsidDel="00000000" w:rsidP="00000000" w:rsidRDefault="00000000" w:rsidRPr="00000000" w14:paraId="0000005B">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 certidão deve indicar o código do imóvel, os dados constantes do CCIR, a denominação do imóvel rural, bem como suas características, confrontações, localização e área.</w:t>
            </w:r>
          </w:p>
          <w:p w:rsidR="00000000" w:rsidDel="00000000" w:rsidP="00000000" w:rsidRDefault="00000000" w:rsidRPr="00000000" w14:paraId="0000005C">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o imóvel urbano não estiver especializado objetivamente no registro anterior, o cartório poderá solicitar, por nota de exigência, a apresentação de material técnico (planta, memorial descritivo e ART/RRT) para a correta individualização do imóvel, conforme o checklist de </w:t>
            </w:r>
            <w:r w:rsidDel="00000000" w:rsidR="00000000" w:rsidRPr="00000000">
              <w:rPr>
                <w:rFonts w:ascii="Arial" w:cs="Arial" w:eastAsia="Arial" w:hAnsi="Arial"/>
                <w:b w:val="1"/>
                <w:bCs w:val="1"/>
                <w:sz w:val="20"/>
                <w:szCs w:val="20"/>
                <w:rtl w:val="0"/>
              </w:rPr>
              <w:t xml:space="preserve">averbação de descrição do imóvel,</w:t>
            </w:r>
            <w:r w:rsidDel="00000000" w:rsidR="00000000" w:rsidRPr="00000000">
              <w:rPr>
                <w:rFonts w:ascii="Arial" w:cs="Arial" w:eastAsia="Arial" w:hAnsi="Arial"/>
                <w:sz w:val="20"/>
                <w:szCs w:val="20"/>
                <w:rtl w:val="0"/>
              </w:rPr>
              <w:t xml:space="preserve"> com fundamento no art. 213, inciso I, alíneas b, c, d, e, f da Lei nº 6.015/1973, combinado com o art. 440-AQ do Código Nacional de Normas.</w:t>
            </w:r>
          </w:p>
          <w:p w:rsidR="00000000" w:rsidDel="00000000" w:rsidP="00000000" w:rsidRDefault="00000000" w:rsidRPr="00000000" w14:paraId="0000005D">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o imóvel for </w:t>
            </w:r>
            <w:r w:rsidDel="00000000" w:rsidR="00000000" w:rsidRPr="00000000">
              <w:rPr>
                <w:rFonts w:ascii="Arial" w:cs="Arial" w:eastAsia="Arial" w:hAnsi="Arial"/>
                <w:b w:val="1"/>
                <w:bCs w:val="1"/>
                <w:sz w:val="20"/>
                <w:szCs w:val="20"/>
                <w:rtl w:val="0"/>
              </w:rPr>
              <w:t xml:space="preserve">unidade autônoma de empreendimento</w:t>
            </w:r>
            <w:r w:rsidDel="00000000" w:rsidR="00000000" w:rsidRPr="00000000">
              <w:rPr>
                <w:rFonts w:ascii="Arial" w:cs="Arial" w:eastAsia="Arial" w:hAnsi="Arial"/>
                <w:sz w:val="20"/>
                <w:szCs w:val="20"/>
                <w:rtl w:val="0"/>
              </w:rPr>
              <w:t xml:space="preserve"> vertical, horizontal ou loteamento, deverá ser verificado o registro anterior (matrícula matriz), a fim de extrair de lá as características objetivas do imóvel.</w:t>
            </w:r>
          </w:p>
          <w:p w:rsidR="00000000" w:rsidDel="00000000" w:rsidP="00000000" w:rsidRDefault="00000000" w:rsidRPr="00000000" w14:paraId="0000005E">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no registro anterior não constem as características objetivas obrigatórias, poderá ser solicitado, por nota de exigência, a apresentação de material técnico (planta, memorial descritivo e ART/RRT), bem como Laudo de Vistoria, quando não houver averbação de construção na matrícula matriz ou na matrícula da unidade autônoma.</w:t>
            </w:r>
          </w:p>
          <w:p w:rsidR="00000000" w:rsidDel="00000000" w:rsidP="00000000" w:rsidRDefault="00000000" w:rsidRPr="00000000" w14:paraId="0000005F">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Nesses casos, poderá ser utilizado o checklist de </w:t>
            </w:r>
            <w:r w:rsidDel="00000000" w:rsidR="00000000" w:rsidRPr="00000000">
              <w:rPr>
                <w:rFonts w:ascii="Arial" w:cs="Arial" w:eastAsia="Arial" w:hAnsi="Arial"/>
                <w:b w:val="1"/>
                <w:bCs w:val="1"/>
                <w:sz w:val="20"/>
                <w:szCs w:val="20"/>
                <w:rtl w:val="0"/>
              </w:rPr>
              <w:t xml:space="preserve">convalidação de construção (</w:t>
            </w:r>
            <w:r w:rsidDel="00000000" w:rsidR="00000000" w:rsidRPr="00000000">
              <w:rPr>
                <w:rFonts w:ascii="Arial" w:cs="Arial" w:eastAsia="Arial" w:hAnsi="Arial"/>
                <w:sz w:val="20"/>
                <w:szCs w:val="20"/>
                <w:rtl w:val="0"/>
              </w:rPr>
              <w:t xml:space="preserve">quando não houver averbação de construção) ou o checklist de </w:t>
            </w:r>
            <w:r w:rsidDel="00000000" w:rsidR="00000000" w:rsidRPr="00000000">
              <w:rPr>
                <w:rFonts w:ascii="Arial" w:cs="Arial" w:eastAsia="Arial" w:hAnsi="Arial"/>
                <w:b w:val="1"/>
                <w:bCs w:val="1"/>
                <w:sz w:val="20"/>
                <w:szCs w:val="20"/>
                <w:rtl w:val="0"/>
              </w:rPr>
              <w:t xml:space="preserve">averbação de descrição do imóvel</w:t>
            </w:r>
            <w:r w:rsidDel="00000000" w:rsidR="00000000" w:rsidRPr="00000000">
              <w:rPr>
                <w:rFonts w:ascii="Arial" w:cs="Arial" w:eastAsia="Arial" w:hAnsi="Arial"/>
                <w:sz w:val="20"/>
                <w:szCs w:val="20"/>
                <w:rtl w:val="0"/>
              </w:rPr>
              <w:t xml:space="preserve">, conforme a situação verificada no registro.</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60">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Ofício ou Mandado determinando o Registro da Penhora, endereçado a este Ofício, na via original ou autenticada pelo juízo</w:t>
            </w:r>
          </w:p>
          <w:p w:rsidR="00000000" w:rsidDel="00000000" w:rsidP="00000000" w:rsidRDefault="00000000" w:rsidRPr="00000000" w14:paraId="00000061">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838 do Código de Processo Civil; e art. 808, 809, Art. 896, IX, do Código de Normas do Estado do Pará.</w:t>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62">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Alternativamente, podem ser apresentados também, uma Certidão, Termo ou Auto de Penhora, acompanhado de requerimento do exequente. </w:t>
            </w:r>
          </w:p>
          <w:p w:rsidR="00000000" w:rsidDel="00000000" w:rsidP="00000000" w:rsidRDefault="00000000" w:rsidRPr="00000000" w14:paraId="00000063">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Consta no documento (Mandado, Ofício, Certidão, Termo ou Auto) a natureza da ação, número dos autos, Vara, nome do Juiz, valor da dívida e a avaliação do imóvel penhorado. Caso não conste o valor da dívida, a parte poderá apresentar a petição inicial contendo o valor da causa ou da dívida, devendo o referido valor ser atualizado.</w:t>
            </w:r>
          </w:p>
          <w:p w:rsidR="00000000" w:rsidDel="00000000" w:rsidP="00000000" w:rsidRDefault="00000000" w:rsidRPr="00000000" w14:paraId="00000064">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Ofício ou mandado judicial contendo a qualificação completa das partes envolvidas, com, no mínimo, nome completo e CPF, bem como a indicação expressa de que o executado é o proprietário constante na matrícula do imóvel. Caso o executado não seja o proprietário da matrícula, é indispensável que conste, de forma expressa, no ofício ou mandado, a ciência desse fato pelo Juízo competente.</w:t>
            </w:r>
          </w:p>
          <w:p w:rsidR="00000000" w:rsidDel="00000000" w:rsidP="00000000" w:rsidRDefault="00000000" w:rsidRPr="00000000" w14:paraId="00000065">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Na ausência dessa informação, será necessário o encaminhamento de ofício ao Juízo para esclarecimento quanto à efetivação da penhora. </w:t>
            </w:r>
          </w:p>
          <w:p w:rsidR="00000000" w:rsidDel="00000000" w:rsidP="00000000" w:rsidRDefault="00000000" w:rsidRPr="00000000" w14:paraId="00000066">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Mandado ou ofício judicial que indique expressamente tratar-se de execução de dívida ativa da União, de suas autarquias ou fundações públicas, com a devida identificação do processo e das partes. Nos casos de execução de dívida ativa da União, suas autarquias ou fundações públicas, a penhora do imóvel gera, automaticamente, a indisponibilidade do bem, nos termos do art. 53, §1º, da Lei Federal nº 8.212/91. É importante que essa informação esteja clara no título judicial apresentado para o correto processamento do ato.</w:t>
            </w:r>
          </w:p>
        </w:tc>
      </w:tr>
    </w:tbl>
    <w:p w:rsidR="00000000" w:rsidDel="00000000" w:rsidP="00000000" w:rsidRDefault="00000000" w:rsidRPr="00000000" w14:paraId="00000067">
      <w:pPr>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Observações complementares</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68">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Após a análise da documentação apresentada, o registrador poderá solicitar documentos complementares, caso necessário, para a correta qualificação do pedido, ou seja, outros documentos poderão ser solicitados após a análise do caso concreto para a correta qualificação do título e especialização da matrícula, nos termos da legislação vigente.</w:t>
      </w:r>
    </w:p>
    <w:p w:rsidR="00000000" w:rsidDel="00000000" w:rsidP="00000000" w:rsidRDefault="00000000" w:rsidRPr="00000000" w14:paraId="00000069">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Nos termos do art. 205 da Lei nº 6.015/73, caso as exigências não sejam atendidas no prazo de 20 dias do protocolo do Título, cessarão automaticamente os efeitos da prenotação.</w:t>
      </w:r>
    </w:p>
    <w:p w:rsidR="00000000" w:rsidDel="00000000" w:rsidP="00000000" w:rsidRDefault="00000000" w:rsidRPr="00000000" w14:paraId="0000006A">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Nos termos do art. 198 da Lei nº 6.015/73, se o interessado não concordar com a exigência ou não puder cumpri-la, poderá requerer que o título seja encaminhado ao juízo competente, acompanhado da declaração de dúvida, para que a questão seja analisada e decidida judicialmente.</w:t>
      </w:r>
    </w:p>
    <w:p w:rsidR="00000000" w:rsidDel="00000000" w:rsidP="00000000" w:rsidRDefault="00000000" w:rsidRPr="00000000" w14:paraId="0000006B">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Sempre é verificado se existe outra prenotação vinculada à matrícula objeto do presente requerimento. Caso haja prenotação anterior, deverá analisar se o título ou procedimento já prenotado impede o registro do ato solicitado ou, não havendo impedimento, qual ato deve ser registrado primeiro, observando-se a ordem de prioridade. Além disso, se for identificada divergência entre as matrículas indicadas no requerimento e aquelas constantes na prenotação lançada no sistema, deverá ser realizada a correção da prenotação, com a devida anotação manuscrita no protocolo. Fundamentação: arts. 11, 12, 174, 182, 186 e 190 da Lei nº 6.015/1973 (Lei de Registros Públicos).</w:t>
      </w:r>
    </w:p>
    <w:p w:rsidR="00000000" w:rsidDel="00000000" w:rsidP="00000000" w:rsidRDefault="00000000" w:rsidRPr="00000000" w14:paraId="0000006C">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É realizada consulta à Central Nacional de Indisponibilidade de Bens para verificar se há indisponibilidade de bens em nome dos proprietários. Caso exista restrição, ela será prenotada e averbada na matrícula ou transcrição do imóvel, conforme as normas da Lei nº 6.015/1973 e do Código Nacional de Normas (ver Provimento CN nº 217, de 9.3.2026 e Art. 320-I, § 2º, do Código Nacional de Normas, art. 169, I, c/c art. 176, § 1º, I da Lei nº 6.015/1973).</w:t>
      </w:r>
    </w:p>
    <w:p w:rsidR="00000000" w:rsidDel="00000000" w:rsidP="00000000" w:rsidRDefault="00000000" w:rsidRPr="00000000" w14:paraId="0000006D">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ACESSE OS SITES OFICIAIS PARA VERIFICAR ENDEREÇO, E-MAIL, TELEFONE E MAIS INFORMAÇÕES:</w:t>
      </w:r>
    </w:p>
    <w:sdt>
      <w:sdtPr>
        <w:lock w:val="contentLocked"/>
        <w:id w:val="-14586337"/>
        <w:tag w:val="goog_rdk_0"/>
      </w:sdtPr>
      <w:sdtContent>
        <w:tbl>
          <w:tblPr>
            <w:tblStyle w:val="Table3"/>
            <w:tblW w:w="111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405"/>
            <w:gridCol w:w="4755"/>
            <w:tblGridChange w:id="0">
              <w:tblGrid>
                <w:gridCol w:w="6405"/>
                <w:gridCol w:w="4755"/>
              </w:tblGrid>
            </w:tblGridChange>
          </w:tblGrid>
          <w:tr>
            <w:trPr>
              <w:cantSplit w:val="1"/>
              <w:trHeight w:val="180" w:hRule="atLeast"/>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6E">
                <w:pPr>
                  <w:widowControl w:val="0"/>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Local</w:t>
                </w:r>
              </w:p>
            </w:tc>
            <w:tc>
              <w:tcPr>
                <w:shd w:fill="auto" w:val="clear"/>
                <w:tcMar>
                  <w:top w:w="0.0" w:type="dxa"/>
                  <w:left w:w="0.0" w:type="dxa"/>
                  <w:bottom w:w="0.0" w:type="dxa"/>
                  <w:right w:w="0.0" w:type="dxa"/>
                </w:tcMar>
                <w:vAlign w:val="center"/>
              </w:tcPr>
              <w:p w:rsidR="00000000" w:rsidDel="00000000" w:rsidP="00000000" w:rsidRDefault="00000000" w:rsidRPr="00000000" w14:paraId="0000006F">
                <w:pPr>
                  <w:widowControl w:val="0"/>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Site Oficial</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70">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ONR - RI DIGITAL - Operador Nacional do Sistema de Registro Eletrônico de Imóveis (Plataforma Oficial)</w:t>
                </w:r>
              </w:p>
            </w:tc>
            <w:tc>
              <w:tcPr>
                <w:shd w:fill="auto" w:val="clear"/>
                <w:tcMar>
                  <w:top w:w="0.0" w:type="dxa"/>
                  <w:left w:w="0.0" w:type="dxa"/>
                  <w:bottom w:w="0.0" w:type="dxa"/>
                  <w:right w:w="0.0" w:type="dxa"/>
                </w:tcMar>
                <w:vAlign w:val="center"/>
              </w:tcPr>
              <w:p w:rsidR="00000000" w:rsidDel="00000000" w:rsidP="00000000" w:rsidRDefault="00000000" w:rsidRPr="00000000" w14:paraId="00000071">
                <w:pPr>
                  <w:widowControl w:val="0"/>
                  <w:spacing w:after="0" w:line="240" w:lineRule="auto"/>
                  <w:jc w:val="center"/>
                  <w:rPr>
                    <w:rFonts w:ascii="Arial" w:cs="Arial" w:eastAsia="Arial" w:hAnsi="Arial"/>
                    <w:b w:val="1"/>
                    <w:bCs w:val="1"/>
                    <w:sz w:val="18"/>
                    <w:szCs w:val="18"/>
                  </w:rPr>
                </w:pPr>
                <w:hyperlink r:id="rId10">
                  <w:r w:rsidDel="00000000" w:rsidR="00000000" w:rsidRPr="00000000">
                    <w:rPr>
                      <w:rFonts w:ascii="Arial" w:cs="Arial" w:eastAsia="Arial" w:hAnsi="Arial"/>
                      <w:b w:val="1"/>
                      <w:bCs w:val="1"/>
                      <w:color w:val="1155cc"/>
                      <w:sz w:val="18"/>
                      <w:szCs w:val="18"/>
                      <w:u w:val="single"/>
                      <w:rtl w:val="0"/>
                    </w:rPr>
                    <w:t xml:space="preserve">https://ridigital.org.br/</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72">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SEFIN - Secretaria Municipal de Finanças de Belém</w:t>
                </w:r>
              </w:p>
            </w:tc>
            <w:tc>
              <w:tcPr>
                <w:shd w:fill="auto" w:val="clear"/>
                <w:tcMar>
                  <w:top w:w="0.0" w:type="dxa"/>
                  <w:left w:w="0.0" w:type="dxa"/>
                  <w:bottom w:w="0.0" w:type="dxa"/>
                  <w:right w:w="0.0" w:type="dxa"/>
                </w:tcMar>
                <w:vAlign w:val="center"/>
              </w:tcPr>
              <w:p w:rsidR="00000000" w:rsidDel="00000000" w:rsidP="00000000" w:rsidRDefault="00000000" w:rsidRPr="00000000" w14:paraId="00000073">
                <w:pPr>
                  <w:widowControl w:val="0"/>
                  <w:spacing w:after="0" w:line="240" w:lineRule="auto"/>
                  <w:jc w:val="center"/>
                  <w:rPr>
                    <w:rFonts w:ascii="Arial" w:cs="Arial" w:eastAsia="Arial" w:hAnsi="Arial"/>
                    <w:b w:val="1"/>
                    <w:bCs w:val="1"/>
                    <w:sz w:val="18"/>
                    <w:szCs w:val="18"/>
                  </w:rPr>
                </w:pPr>
                <w:hyperlink r:id="rId11">
                  <w:r w:rsidDel="00000000" w:rsidR="00000000" w:rsidRPr="00000000">
                    <w:rPr>
                      <w:rFonts w:ascii="Arial" w:cs="Arial" w:eastAsia="Arial" w:hAnsi="Arial"/>
                      <w:b w:val="1"/>
                      <w:bCs w:val="1"/>
                      <w:color w:val="1155cc"/>
                      <w:sz w:val="18"/>
                      <w:szCs w:val="18"/>
                      <w:u w:val="single"/>
                      <w:rtl w:val="0"/>
                    </w:rPr>
                    <w:t xml:space="preserve">https://financas.belem.pa.gov.br/</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74">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CODEM - Companhia de Desenvolvimento e Administração da Área Metropolitana de Belém</w:t>
                </w:r>
              </w:p>
            </w:tc>
            <w:tc>
              <w:tcPr>
                <w:shd w:fill="auto" w:val="clear"/>
                <w:tcMar>
                  <w:top w:w="0.0" w:type="dxa"/>
                  <w:left w:w="0.0" w:type="dxa"/>
                  <w:bottom w:w="0.0" w:type="dxa"/>
                  <w:right w:w="0.0" w:type="dxa"/>
                </w:tcMar>
                <w:vAlign w:val="center"/>
              </w:tcPr>
              <w:p w:rsidR="00000000" w:rsidDel="00000000" w:rsidP="00000000" w:rsidRDefault="00000000" w:rsidRPr="00000000" w14:paraId="00000075">
                <w:pPr>
                  <w:widowControl w:val="0"/>
                  <w:spacing w:after="0" w:line="240" w:lineRule="auto"/>
                  <w:jc w:val="center"/>
                  <w:rPr>
                    <w:rFonts w:ascii="Arial" w:cs="Arial" w:eastAsia="Arial" w:hAnsi="Arial"/>
                    <w:b w:val="1"/>
                    <w:bCs w:val="1"/>
                    <w:sz w:val="18"/>
                    <w:szCs w:val="18"/>
                  </w:rPr>
                </w:pPr>
                <w:hyperlink r:id="rId12">
                  <w:r w:rsidDel="00000000" w:rsidR="00000000" w:rsidRPr="00000000">
                    <w:rPr>
                      <w:rFonts w:ascii="Arial" w:cs="Arial" w:eastAsia="Arial" w:hAnsi="Arial"/>
                      <w:b w:val="1"/>
                      <w:bCs w:val="1"/>
                      <w:color w:val="1155cc"/>
                      <w:sz w:val="18"/>
                      <w:szCs w:val="18"/>
                      <w:u w:val="single"/>
                      <w:rtl w:val="0"/>
                    </w:rPr>
                    <w:t xml:space="preserve">https://codem.belem.pa.gov.br/</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76">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Sistema de pesquisa de Atos Normativos do Conselho Nacional de Justiça tais como Regimento Interno, Resoluções, Instruções Normativas, Portarias, Provimentos, Recomendações e Enunciados. </w:t>
                </w:r>
              </w:p>
            </w:tc>
            <w:tc>
              <w:tcPr>
                <w:shd w:fill="auto" w:val="clear"/>
                <w:tcMar>
                  <w:top w:w="0.0" w:type="dxa"/>
                  <w:left w:w="0.0" w:type="dxa"/>
                  <w:bottom w:w="0.0" w:type="dxa"/>
                  <w:right w:w="0.0" w:type="dxa"/>
                </w:tcMar>
                <w:vAlign w:val="center"/>
              </w:tcPr>
              <w:p w:rsidR="00000000" w:rsidDel="00000000" w:rsidP="00000000" w:rsidRDefault="00000000" w:rsidRPr="00000000" w14:paraId="00000077">
                <w:pPr>
                  <w:widowControl w:val="0"/>
                  <w:spacing w:after="0" w:line="240" w:lineRule="auto"/>
                  <w:jc w:val="center"/>
                  <w:rPr>
                    <w:rFonts w:ascii="Arial" w:cs="Arial" w:eastAsia="Arial" w:hAnsi="Arial"/>
                    <w:b w:val="1"/>
                    <w:bCs w:val="1"/>
                    <w:sz w:val="18"/>
                    <w:szCs w:val="18"/>
                  </w:rPr>
                </w:pPr>
                <w:hyperlink r:id="rId13">
                  <w:r w:rsidDel="00000000" w:rsidR="00000000" w:rsidRPr="00000000">
                    <w:rPr>
                      <w:rFonts w:ascii="Arial" w:cs="Arial" w:eastAsia="Arial" w:hAnsi="Arial"/>
                      <w:b w:val="1"/>
                      <w:bCs w:val="1"/>
                      <w:color w:val="1155cc"/>
                      <w:sz w:val="18"/>
                      <w:szCs w:val="18"/>
                      <w:u w:val="single"/>
                      <w:rtl w:val="0"/>
                    </w:rPr>
                    <w:t xml:space="preserve">https://www.cnj.jus.br/atos_normativos/</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78">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ANOREG/PA - Associação dos Notários e Registradores</w:t>
                </w:r>
              </w:p>
            </w:tc>
            <w:tc>
              <w:tcPr>
                <w:shd w:fill="auto" w:val="clear"/>
                <w:tcMar>
                  <w:top w:w="0.0" w:type="dxa"/>
                  <w:left w:w="0.0" w:type="dxa"/>
                  <w:bottom w:w="0.0" w:type="dxa"/>
                  <w:right w:w="0.0" w:type="dxa"/>
                </w:tcMar>
                <w:vAlign w:val="center"/>
              </w:tcPr>
              <w:p w:rsidR="00000000" w:rsidDel="00000000" w:rsidP="00000000" w:rsidRDefault="00000000" w:rsidRPr="00000000" w14:paraId="00000079">
                <w:pPr>
                  <w:widowControl w:val="0"/>
                  <w:spacing w:after="0" w:line="240" w:lineRule="auto"/>
                  <w:jc w:val="center"/>
                  <w:rPr>
                    <w:rFonts w:ascii="Arial" w:cs="Arial" w:eastAsia="Arial" w:hAnsi="Arial"/>
                    <w:b w:val="1"/>
                    <w:bCs w:val="1"/>
                    <w:sz w:val="18"/>
                    <w:szCs w:val="18"/>
                  </w:rPr>
                </w:pPr>
                <w:hyperlink r:id="rId14">
                  <w:r w:rsidDel="00000000" w:rsidR="00000000" w:rsidRPr="00000000">
                    <w:rPr>
                      <w:rFonts w:ascii="Arial" w:cs="Arial" w:eastAsia="Arial" w:hAnsi="Arial"/>
                      <w:b w:val="1"/>
                      <w:bCs w:val="1"/>
                      <w:color w:val="1155cc"/>
                      <w:sz w:val="18"/>
                      <w:szCs w:val="18"/>
                      <w:u w:val="single"/>
                      <w:rtl w:val="0"/>
                    </w:rPr>
                    <w:t xml:space="preserve">https://cartoriosdopara.com.br/</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7A">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Lei Estadual 10.257/23: Tabelas de emolumentos/valores dos Serviços Notariais e de Registros 2026</w:t>
                </w:r>
              </w:p>
            </w:tc>
            <w:tc>
              <w:tcPr>
                <w:shd w:fill="auto" w:val="clear"/>
                <w:tcMar>
                  <w:top w:w="0.0" w:type="dxa"/>
                  <w:left w:w="0.0" w:type="dxa"/>
                  <w:bottom w:w="0.0" w:type="dxa"/>
                  <w:right w:w="0.0" w:type="dxa"/>
                </w:tcMar>
                <w:vAlign w:val="center"/>
              </w:tcPr>
              <w:p w:rsidR="00000000" w:rsidDel="00000000" w:rsidP="00000000" w:rsidRDefault="00000000" w:rsidRPr="00000000" w14:paraId="0000007B">
                <w:pPr>
                  <w:widowControl w:val="0"/>
                  <w:spacing w:after="0" w:line="240" w:lineRule="auto"/>
                  <w:jc w:val="center"/>
                  <w:rPr>
                    <w:rFonts w:ascii="Arial" w:cs="Arial" w:eastAsia="Arial" w:hAnsi="Arial"/>
                    <w:b w:val="1"/>
                    <w:bCs w:val="1"/>
                    <w:sz w:val="18"/>
                    <w:szCs w:val="18"/>
                  </w:rPr>
                </w:pPr>
                <w:hyperlink r:id="rId15">
                  <w:r w:rsidDel="00000000" w:rsidR="00000000" w:rsidRPr="00000000">
                    <w:rPr>
                      <w:rFonts w:ascii="Arial" w:cs="Arial" w:eastAsia="Arial" w:hAnsi="Arial"/>
                      <w:b w:val="1"/>
                      <w:bCs w:val="1"/>
                      <w:color w:val="1155cc"/>
                      <w:sz w:val="18"/>
                      <w:szCs w:val="18"/>
                      <w:u w:val="single"/>
                      <w:rtl w:val="0"/>
                    </w:rPr>
                    <w:t xml:space="preserve">https://cartoriosdopara.com.br/emolumentos-geral/</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7C">
                <w:pPr>
                  <w:keepLines w:val="1"/>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Para mais informações </w:t>
                </w:r>
              </w:p>
              <w:p w:rsidR="00000000" w:rsidDel="00000000" w:rsidP="00000000" w:rsidRDefault="00000000" w:rsidRPr="00000000" w14:paraId="0000007D">
                <w:pPr>
                  <w:keepLines w:val="1"/>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aponte a câmera do seu celular e acesse o site do </w:t>
                </w:r>
              </w:p>
              <w:p w:rsidR="00000000" w:rsidDel="00000000" w:rsidP="00000000" w:rsidRDefault="00000000" w:rsidRPr="00000000" w14:paraId="0000007E">
                <w:pPr>
                  <w:keepLines w:val="1"/>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2º Ofício de Registro de Imóveis de Belém-PA:</w:t>
                </w:r>
              </w:p>
            </w:tc>
            <w:tc>
              <w:tcPr>
                <w:shd w:fill="auto" w:val="clear"/>
                <w:tcMar>
                  <w:top w:w="0.0" w:type="dxa"/>
                  <w:left w:w="0.0" w:type="dxa"/>
                  <w:bottom w:w="0.0" w:type="dxa"/>
                  <w:right w:w="0.0" w:type="dxa"/>
                </w:tcMar>
                <w:vAlign w:val="center"/>
              </w:tcPr>
              <w:p w:rsidR="00000000" w:rsidDel="00000000" w:rsidP="00000000" w:rsidRDefault="00000000" w:rsidRPr="00000000" w14:paraId="0000007F">
                <w:pPr>
                  <w:keepLines w:val="1"/>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20"/>
                    <w:szCs w:val="20"/>
                  </w:rPr>
                  <w:drawing>
                    <wp:inline distB="114300" distT="114300" distL="114300" distR="114300">
                      <wp:extent cx="782513" cy="790664"/>
                      <wp:effectExtent b="0" l="0" r="0" t="0"/>
                      <wp:docPr id="16" name="image3.png"/>
                      <a:graphic>
                        <a:graphicData uri="http://schemas.openxmlformats.org/drawingml/2006/picture">
                          <pic:pic>
                            <pic:nvPicPr>
                              <pic:cNvPr id="0" name="image3.png"/>
                              <pic:cNvPicPr preferRelativeResize="0"/>
                            </pic:nvPicPr>
                            <pic:blipFill>
                              <a:blip r:embed="rId16"/>
                              <a:srcRect b="0" l="0" r="0" t="0"/>
                              <a:stretch>
                                <a:fillRect/>
                              </a:stretch>
                            </pic:blipFill>
                            <pic:spPr>
                              <a:xfrm>
                                <a:off x="0" y="0"/>
                                <a:ext cx="782513" cy="790664"/>
                              </a:xfrm>
                              <a:prstGeom prst="rect"/>
                              <a:ln/>
                            </pic:spPr>
                          </pic:pic>
                        </a:graphicData>
                      </a:graphic>
                    </wp:inline>
                  </w:drawing>
                </w:r>
                <w:r w:rsidDel="00000000" w:rsidR="00000000" w:rsidRPr="00000000">
                  <w:rPr>
                    <w:rtl w:val="0"/>
                  </w:rPr>
                </w:r>
              </w:p>
            </w:tc>
          </w:tr>
        </w:tbl>
      </w:sdtContent>
    </w:sdt>
    <w:p w:rsidR="00000000" w:rsidDel="00000000" w:rsidP="00000000" w:rsidRDefault="00000000" w:rsidRPr="00000000" w14:paraId="00000080">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1">
      <w:pPr>
        <w:jc w:val="both"/>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082">
      <w:pPr>
        <w:jc w:val="both"/>
        <w:rPr>
          <w:rFonts w:ascii="Arial" w:cs="Arial" w:eastAsia="Arial" w:hAnsi="Arial"/>
          <w:b w:val="1"/>
          <w:bCs w:val="1"/>
          <w:sz w:val="20"/>
          <w:szCs w:val="20"/>
        </w:rPr>
      </w:pPr>
      <w:r w:rsidDel="00000000" w:rsidR="00000000" w:rsidRPr="00000000">
        <w:rPr>
          <w:rtl w:val="0"/>
        </w:rPr>
      </w:r>
    </w:p>
    <w:sectPr>
      <w:headerReference r:id="rId17" w:type="default"/>
      <w:footerReference r:id="rId18" w:type="default"/>
      <w:pgSz w:h="15840" w:w="12240" w:orient="portrait"/>
      <w:pgMar w:bottom="538.7007874015751" w:top="1700.7874015748032" w:left="425.1968503937008" w:right="764.8818897637813" w:header="5.669291338582678" w:footer="56.6929133858267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E">
    <w:pPr>
      <w:spacing w:before="200" w:line="335.99999999999994" w:lineRule="auto"/>
      <w:ind w:left="-1559.0551181102362" w:right="-1706.4566929133848" w:firstLine="0"/>
      <w:jc w:val="cente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-333368</wp:posOffset>
          </wp:positionH>
          <wp:positionV relativeFrom="paragraph">
            <wp:posOffset>114300</wp:posOffset>
          </wp:positionV>
          <wp:extent cx="7850063" cy="432378"/>
          <wp:effectExtent b="0" l="0" r="0" t="0"/>
          <wp:wrapNone/>
          <wp:docPr id="14"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850063" cy="432378"/>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3">
    <w:pPr>
      <w:widowControl w:val="0"/>
      <w:spacing w:after="0" w:lineRule="auto"/>
      <w:rPr>
        <w:rFonts w:ascii="Arial" w:cs="Arial" w:eastAsia="Arial" w:hAnsi="Arial"/>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247035</wp:posOffset>
          </wp:positionV>
          <wp:extent cx="1514475" cy="492586"/>
          <wp:effectExtent b="0" l="0" r="0" t="0"/>
          <wp:wrapNone/>
          <wp:docPr id="15" name="image1.png"/>
          <a:graphic>
            <a:graphicData uri="http://schemas.openxmlformats.org/drawingml/2006/picture">
              <pic:pic>
                <pic:nvPicPr>
                  <pic:cNvPr id="0" name="image1.png"/>
                  <pic:cNvPicPr preferRelativeResize="0"/>
                </pic:nvPicPr>
                <pic:blipFill>
                  <a:blip r:embed="rId1"/>
                  <a:srcRect b="23863" l="0" r="0" t="19073"/>
                  <a:stretch>
                    <a:fillRect/>
                  </a:stretch>
                </pic:blipFill>
                <pic:spPr>
                  <a:xfrm>
                    <a:off x="0" y="0"/>
                    <a:ext cx="1514475" cy="492586"/>
                  </a:xfrm>
                  <a:prstGeom prst="rect"/>
                  <a:ln/>
                </pic:spPr>
              </pic:pic>
            </a:graphicData>
          </a:graphic>
        </wp:anchor>
      </w:drawing>
    </w:r>
  </w:p>
  <w:sdt>
    <w:sdtPr>
      <w:lock w:val="contentLocked"/>
      <w:id w:val="1093041290"/>
      <w:tag w:val="goog_rdk_1"/>
    </w:sdtPr>
    <w:sdtContent>
      <w:tbl>
        <w:tblPr>
          <w:tblStyle w:val="Table4"/>
          <w:tblpPr w:leftFromText="180" w:rightFromText="180" w:topFromText="180" w:bottomFromText="180" w:vertAnchor="text" w:horzAnchor="text" w:tblpX="144.80314960629954" w:tblpY="0"/>
          <w:tblW w:w="11085.0" w:type="dxa"/>
          <w:jc w:val="left"/>
          <w:tblInd w:w="141.0" w:type="dxa"/>
          <w:tblLayout w:type="fixed"/>
          <w:tblLook w:val="0000"/>
        </w:tblPr>
        <w:tblGrid>
          <w:gridCol w:w="2550"/>
          <w:gridCol w:w="6450"/>
          <w:gridCol w:w="2085"/>
          <w:tblGridChange w:id="0">
            <w:tblGrid>
              <w:gridCol w:w="2550"/>
              <w:gridCol w:w="6450"/>
              <w:gridCol w:w="2085"/>
            </w:tblGrid>
          </w:tblGridChange>
        </w:tblGrid>
        <w:tr>
          <w:trPr>
            <w:cantSplit w:val="0"/>
            <w:trHeight w:val="435" w:hRule="atLeast"/>
            <w:tblHeader w:val="0"/>
          </w:trPr>
          <w:tc>
            <w:tcPr>
              <w:vMerge w:val="restart"/>
              <w:tcBorders>
                <w:top w:color="808080" w:space="0" w:sz="18" w:val="single"/>
                <w:left w:color="808080" w:space="0" w:sz="18" w:val="single"/>
                <w:bottom w:color="808080" w:space="0" w:sz="18" w:val="single"/>
                <w:right w:color="808080" w:space="0" w:sz="6" w:val="single"/>
              </w:tcBorders>
              <w:vAlign w:val="center"/>
            </w:tcPr>
            <w:p w:rsidR="00000000" w:rsidDel="00000000" w:rsidP="00000000" w:rsidRDefault="00000000" w:rsidRPr="00000000" w14:paraId="00000084">
              <w:pPr>
                <w:spacing w:after="0" w:line="240" w:lineRule="auto"/>
                <w:ind w:right="-5"/>
                <w:jc w:val="center"/>
                <w:rPr>
                  <w:rFonts w:ascii="Arial" w:cs="Arial" w:eastAsia="Arial" w:hAnsi="Arial"/>
                  <w:sz w:val="24"/>
                  <w:szCs w:val="24"/>
                </w:rPr>
              </w:pPr>
              <w:r w:rsidDel="00000000" w:rsidR="00000000" w:rsidRPr="00000000">
                <w:rPr>
                  <w:rtl w:val="0"/>
                </w:rPr>
              </w:r>
            </w:p>
          </w:tc>
          <w:tc>
            <w:tcPr>
              <w:tcBorders>
                <w:top w:color="808080" w:space="0" w:sz="18"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85">
              <w:pPr>
                <w:spacing w:after="0" w:line="24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Manuais, Políticas e Documentos</w:t>
              </w:r>
            </w:p>
          </w:tc>
          <w:tc>
            <w:tcPr>
              <w:vMerge w:val="restart"/>
              <w:tcBorders>
                <w:top w:color="808080" w:space="0" w:sz="18" w:val="single"/>
                <w:left w:color="808080" w:space="0" w:sz="6" w:val="single"/>
                <w:bottom w:color="808080" w:space="0" w:sz="18" w:val="single"/>
                <w:right w:color="808080" w:space="0" w:sz="18" w:val="single"/>
              </w:tcBorders>
              <w:vAlign w:val="center"/>
            </w:tcPr>
            <w:p w:rsidR="00000000" w:rsidDel="00000000" w:rsidP="00000000" w:rsidRDefault="00000000" w:rsidRPr="00000000" w14:paraId="00000086">
              <w:pPr>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MPD - 025</w:t>
              </w:r>
            </w:p>
            <w:p w:rsidR="00000000" w:rsidDel="00000000" w:rsidP="00000000" w:rsidRDefault="00000000" w:rsidRPr="00000000" w14:paraId="00000087">
              <w:pPr>
                <w:spacing w:after="0" w:line="240" w:lineRule="auto"/>
                <w:jc w:val="center"/>
                <w:rPr>
                  <w:rFonts w:ascii="Arial" w:cs="Arial" w:eastAsia="Arial" w:hAnsi="Arial"/>
                  <w:sz w:val="14"/>
                  <w:szCs w:val="14"/>
                </w:rPr>
              </w:pPr>
              <w:r w:rsidDel="00000000" w:rsidR="00000000" w:rsidRPr="00000000">
                <w:rPr>
                  <w:rFonts w:ascii="Arial" w:cs="Arial" w:eastAsia="Arial" w:hAnsi="Arial"/>
                  <w:sz w:val="14"/>
                  <w:szCs w:val="14"/>
                  <w:rtl w:val="0"/>
                </w:rPr>
                <w:t xml:space="preserve">Data: 10/03/2026</w:t>
              </w:r>
            </w:p>
            <w:p w:rsidR="00000000" w:rsidDel="00000000" w:rsidP="00000000" w:rsidRDefault="00000000" w:rsidRPr="00000000" w14:paraId="00000088">
              <w:pPr>
                <w:spacing w:after="0" w:line="240" w:lineRule="auto"/>
                <w:jc w:val="center"/>
                <w:rPr>
                  <w:rFonts w:ascii="Arial" w:cs="Arial" w:eastAsia="Arial" w:hAnsi="Arial"/>
                  <w:sz w:val="14"/>
                  <w:szCs w:val="14"/>
                </w:rPr>
              </w:pPr>
              <w:r w:rsidDel="00000000" w:rsidR="00000000" w:rsidRPr="00000000">
                <w:rPr>
                  <w:rFonts w:ascii="Arial" w:cs="Arial" w:eastAsia="Arial" w:hAnsi="Arial"/>
                  <w:sz w:val="14"/>
                  <w:szCs w:val="14"/>
                  <w:rtl w:val="0"/>
                </w:rPr>
                <w:t xml:space="preserve">Revisão: 00</w:t>
              </w:r>
            </w:p>
            <w:p w:rsidR="00000000" w:rsidDel="00000000" w:rsidP="00000000" w:rsidRDefault="00000000" w:rsidRPr="00000000" w14:paraId="00000089">
              <w:pPr>
                <w:spacing w:after="0" w:line="240" w:lineRule="auto"/>
                <w:jc w:val="center"/>
                <w:rPr>
                  <w:rFonts w:ascii="Arial" w:cs="Arial" w:eastAsia="Arial" w:hAnsi="Arial"/>
                  <w:sz w:val="14"/>
                  <w:szCs w:val="14"/>
                </w:rPr>
              </w:pPr>
              <w:r w:rsidDel="00000000" w:rsidR="00000000" w:rsidRPr="00000000">
                <w:rPr>
                  <w:rFonts w:ascii="Arial" w:cs="Arial" w:eastAsia="Arial" w:hAnsi="Arial"/>
                  <w:sz w:val="14"/>
                  <w:szCs w:val="14"/>
                  <w:rtl w:val="0"/>
                </w:rPr>
                <w:t xml:space="preserve">Página 1 de </w:t>
              </w:r>
              <w:r w:rsidDel="00000000" w:rsidR="00000000" w:rsidRPr="00000000">
                <w:rPr>
                  <w:rFonts w:ascii="Arial" w:cs="Arial" w:eastAsia="Arial" w:hAnsi="Arial"/>
                  <w:sz w:val="14"/>
                  <w:szCs w:val="14"/>
                </w:rPr>
                <w:fldChar w:fldCharType="begin"/>
                <w:instrText xml:space="preserve">NUMPAGES</w:instrText>
                <w:fldChar w:fldCharType="separate"/>
                <w:fldChar w:fldCharType="end"/>
              </w:r>
              <w:r w:rsidDel="00000000" w:rsidR="00000000" w:rsidRPr="00000000">
                <w:rPr>
                  <w:rtl w:val="0"/>
                </w:rPr>
              </w:r>
            </w:p>
          </w:tc>
        </w:tr>
        <w:tr>
          <w:trPr>
            <w:cantSplit w:val="0"/>
            <w:trHeight w:val="402.978515625" w:hRule="atLeast"/>
            <w:tblHeader w:val="0"/>
          </w:trPr>
          <w:tc>
            <w:tcPr>
              <w:vMerge w:val="continue"/>
              <w:tcBorders>
                <w:top w:color="808080" w:space="0" w:sz="18" w:val="single"/>
                <w:left w:color="808080" w:space="0" w:sz="18" w:val="single"/>
                <w:bottom w:color="808080" w:space="0" w:sz="18" w:val="single"/>
                <w:right w:color="808080" w:space="0" w:sz="6" w:val="single"/>
              </w:tcBorders>
              <w:vAlign w:val="center"/>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4"/>
                  <w:szCs w:val="14"/>
                </w:rPr>
              </w:pPr>
              <w:r w:rsidDel="00000000" w:rsidR="00000000" w:rsidRPr="00000000">
                <w:rPr>
                  <w:rtl w:val="0"/>
                </w:rPr>
              </w:r>
            </w:p>
          </w:tc>
          <w:tc>
            <w:tcPr>
              <w:tcBorders>
                <w:top w:color="808080" w:space="0" w:sz="6" w:val="single"/>
                <w:left w:color="808080" w:space="0" w:sz="6" w:val="single"/>
                <w:bottom w:color="808080" w:space="0" w:sz="18" w:val="single"/>
                <w:right w:color="808080" w:space="0" w:sz="6" w:val="single"/>
              </w:tcBorders>
              <w:vAlign w:val="center"/>
            </w:tcPr>
            <w:p w:rsidR="00000000" w:rsidDel="00000000" w:rsidP="00000000" w:rsidRDefault="00000000" w:rsidRPr="00000000" w14:paraId="0000008B">
              <w:pPr>
                <w:spacing w:after="0" w:line="240" w:lineRule="auto"/>
                <w:jc w:val="center"/>
                <w:rPr>
                  <w:rFonts w:ascii="Arial" w:cs="Arial" w:eastAsia="Arial" w:hAnsi="Arial"/>
                  <w:b w:val="1"/>
                  <w:bCs w:val="1"/>
                  <w:smallCaps w:val="1"/>
                </w:rPr>
              </w:pPr>
              <w:r w:rsidDel="00000000" w:rsidR="00000000" w:rsidRPr="00000000">
                <w:rPr>
                  <w:rFonts w:ascii="Arial" w:cs="Arial" w:eastAsia="Arial" w:hAnsi="Arial"/>
                  <w:b w:val="1"/>
                  <w:bCs w:val="1"/>
                  <w:smallCaps w:val="1"/>
                  <w:rtl w:val="0"/>
                </w:rPr>
                <w:t xml:space="preserve">DOCUMENTOS PARA O CLIENTE</w:t>
              </w:r>
            </w:p>
          </w:tc>
          <w:tc>
            <w:tcPr>
              <w:vMerge w:val="continue"/>
              <w:tcBorders>
                <w:top w:color="808080" w:space="0" w:sz="18" w:val="single"/>
                <w:left w:color="808080" w:space="0" w:sz="6" w:val="single"/>
                <w:bottom w:color="808080" w:space="0" w:sz="18" w:val="single"/>
                <w:right w:color="808080" w:space="0" w:sz="18" w:val="single"/>
              </w:tcBorders>
              <w:vAlign w:val="center"/>
            </w:tcPr>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smallCaps w:val="1"/>
                </w:rPr>
              </w:pPr>
              <w:r w:rsidDel="00000000" w:rsidR="00000000" w:rsidRPr="00000000">
                <w:rPr>
                  <w:rtl w:val="0"/>
                </w:rPr>
              </w:r>
            </w:p>
          </w:tc>
        </w:tr>
      </w:tbl>
    </w:sdtContent>
  </w:sdt>
  <w:p w:rsidR="00000000" w:rsidDel="00000000" w:rsidP="00000000" w:rsidRDefault="00000000" w:rsidRPr="00000000" w14:paraId="0000008D">
    <w:pPr>
      <w:spacing w:after="0" w:line="240" w:lineRule="auto"/>
      <w:rPr>
        <w:rFonts w:ascii="Arial" w:cs="Arial" w:eastAsia="Arial" w:hAnsi="Arial"/>
        <w:sz w:val="24"/>
        <w:szCs w:val="24"/>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Table1">
    <w:basedOn w:val="TableNormal"/>
    <w:tblPr>
      <w:tblStyleRowBandSize w:val="1"/>
      <w:tblStyleColBandSize w:val="1"/>
      <w:tblCellMar>
        <w:top w:w="0.0" w:type="dxa"/>
        <w:left w:w="115.0" w:type="dxa"/>
        <w:bottom w:w="0.0" w:type="dxa"/>
        <w:right w:w="115.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Pr>
  </w:style>
  <w:style w:type="table" w:styleId="Table4">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financas.belem.pa.gov.br/" TargetMode="External"/><Relationship Id="rId10" Type="http://schemas.openxmlformats.org/officeDocument/2006/relationships/hyperlink" Target="https://ridigital.org.br/" TargetMode="External"/><Relationship Id="rId13" Type="http://schemas.openxmlformats.org/officeDocument/2006/relationships/hyperlink" Target="https://www.cnj.jus.br/atos_normativos/" TargetMode="External"/><Relationship Id="rId12" Type="http://schemas.openxmlformats.org/officeDocument/2006/relationships/hyperlink" Target="https://codem.belem.pa.gov.br/"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iat.belem.pa.gov.br:8081/cadastro/pages/imobiliario/externo/imovelConsultaExterna.jsf" TargetMode="External"/><Relationship Id="rId15" Type="http://schemas.openxmlformats.org/officeDocument/2006/relationships/hyperlink" Target="https://cartoriosdopara.com.br/emolumentos-geral/" TargetMode="External"/><Relationship Id="rId14" Type="http://schemas.openxmlformats.org/officeDocument/2006/relationships/hyperlink" Target="https://cartoriosdopara.com.br/" TargetMode="External"/><Relationship Id="rId17" Type="http://schemas.openxmlformats.org/officeDocument/2006/relationships/header" Target="header1.xml"/><Relationship Id="rId16" Type="http://schemas.openxmlformats.org/officeDocument/2006/relationships/image" Target="media/image3.png"/><Relationship Id="rId5" Type="http://schemas.openxmlformats.org/officeDocument/2006/relationships/styles" Target="styles.xml"/><Relationship Id="rId6" Type="http://schemas.openxmlformats.org/officeDocument/2006/relationships/customXml" Target="../customXML/item1.xml"/><Relationship Id="rId18" Type="http://schemas.openxmlformats.org/officeDocument/2006/relationships/footer" Target="footer1.xml"/><Relationship Id="rId7" Type="http://schemas.openxmlformats.org/officeDocument/2006/relationships/hyperlink" Target="http://www.2sribelem.com.br" TargetMode="External"/><Relationship Id="rId8" Type="http://schemas.openxmlformats.org/officeDocument/2006/relationships/hyperlink" Target="http://www.ridigital.org.b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xCd8oIuJYBkf50kAnPZoAItpNQ==">CgMxLjAaHwoBMBIaChgICVIUChJ0YWJsZS53bDBzbzVucDE1N3EaHwoBMRIaChgICVIUChJ0YWJsZS41eTA1cmY2bDcxZGc4AHIhMWdnWjFRSzVuRmhvcWExZmtlVHQ2LVRfQWtuYUlUNm96</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